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获取所有播放列表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1、获取播放列表详细信息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播放列表ID，多个以英文逗号分隔，最大1000个如"1620153765497,1620142496099"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标题，按标题模糊搜索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vidStyle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vid样式, 当传值是LONG_STYLE时, 接口返回的vid携带下横线和userId首字母, 如e4f34f779d7b2933adf2ef91419e15fc_e, 传SIMPLE或者不传此参数时, vid格式如下: e4f34f779d7b2933adf2ef91419e15fc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每页大小，最大1000条，默认为10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http://api.polyv.net/v2/play-list/list?playListIds=1620281719396&amp;sign=9F5DC096563BF829DB240ABE3D2A3CB59B8437C4&amp;pageSize=10&amp;page=1&amp;userid=1b448be323&amp;ptime=1620282908818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成功返回播放列表信息，失败返回空【详见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播放列表描述信息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播放列表创建时间，13位毫秒时间戳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播放列表最近更新时间，13位毫秒时间戳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播放列表的视频列表【详见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videoList字段说明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miniCoverURL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首图地址，小图，同coverURL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largeCoverURL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首图地址，大图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视频添加时间，13位毫秒时间戳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LoggerFactory.getLogger(VodPlaylistTest.class);</w:t>
        <w:br/>
        <w:t>/**</w:t>
        <w:br/>
        <w:t xml:space="preserve"> * 获取所有播放列表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testGetPlayLists()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"http://api.polyv.net/v2/play-list/list";</w:t>
        <w:br/>
        <w:t xml:space="preserve">    String playListIds = "1620281719396";</w:t>
        <w:br/>
        <w:t xml:space="preserve">    String page = "1";</w:t>
        <w:br/>
        <w:t xml:space="preserve">    String pageSize = "10";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requestMap.put("playListIds", playListIds);</w:t>
        <w:br/>
        <w:t xml:space="preserve">    requestMap.put("page", page);</w:t>
        <w:br/>
        <w:t xml:space="preserve">    requestMap.put("pageSize", pageSize);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log.debug("测试获取所有播放列表,{}",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{</w:t>
        <w:br/>
        <w:t xml:space="preserve">    "pageNumber": 1,</w:t>
        <w:br/>
        <w:t xml:space="preserve">    "totalPages": 1,</w:t>
        <w:br/>
        <w:t xml:space="preserve">    "pageSize": 10,</w:t>
        <w:br/>
        <w:t xml:space="preserve">    "contents": [</w:t>
        <w:br/>
        <w:t xml:space="preserve">      {</w:t>
        <w:br/>
        <w:t xml:space="preserve">        "id": 1620281719396,</w:t>
        <w:br/>
        <w:t xml:space="preserve">        "description": "这是描述",</w:t>
        <w:br/>
        <w:t xml:space="preserve">        "tag": "测试创建",</w:t>
        <w:br/>
        <w:t xml:space="preserve">        "title": "测试创建播放列表接口5-6",</w:t>
        <w:br/>
        <w:t xml:space="preserve">        "creationTime": 1620281719396,</w:t>
        <w:br/>
        <w:t xml:space="preserve">        "updateTime": 1620282805755,</w:t>
        <w:br/>
        <w:t xml:space="preserve">        "videoCount": 1,</w:t>
        <w:br/>
        <w:t xml:space="preserve">        "videoList": [</w:t>
        <w:br/>
        <w:t xml:space="preserve">          {</w:t>
        <w:br/>
        <w:t xml:space="preserve">            "vid": "1b448be32368e6eb106c31d490c19144",</w:t>
        <w:br/>
        <w:t xml:space="preserve">            "title": "junit-远程批量上传视频",</w:t>
        <w:br/>
        <w:t xml:space="preserve">            "duration": 85,</w:t>
        <w:br/>
        <w:t xml:space="preserve">            "addTime": 1620282805755,</w:t>
        <w:br/>
        <w:t xml:space="preserve">            "coverURL": "http://img.videocc.net/uimage/1/1b448be323/first_image/a626c3c8-8e73-4a9e-90f4-ea5217d5678d_s.jpg"</w:t>
        <w:br/>
        <w:t xml:space="preserve">          }</w:t>
        <w:br/>
        <w:t xml:space="preserve">        ]</w:t>
        <w:br/>
        <w:t xml:space="preserve">      }</w:t>
        <w:br/>
        <w:t xml:space="preserve">    ],</w:t>
        <w:br/>
        <w:t xml:space="preserve">    "totalItems": 1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"the sign is not right",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获取所有播放列表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