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查询播放列表详情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1、通过播放列表id查询用户视频播放列表详情信息</w:t>
        <w:br/>
        <w:t>2、接口URL中的{userid}为点播账号userid，具体参考菜单【使用须知】-&gt;【获取密钥】</w:t>
        <w:br/>
        <w:t>3、接口URL中的{id}为点播账号播放列表id，具体参考【获取所有播放列表】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http://api.polyv.net/v2/play/{userid}/list/{id}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获取所有播放列表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返回的数据格式，默认返回json格式xml：返回xml格式json：返回json格式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http://api.polyv.net/v2/play/1b448be323/list/1617177069967?format=json&amp;sign=2F6FC9DE4F3901D654B85E92FE98A30AC07CE316&amp;id=1617177069967&amp;userid=1b448be323&amp;ptime=1617183364138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lmodify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最后修改时间，格式为：yyyy-MM-dd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播放列表视频数量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创建时间，格式为：yyyy-MM-dd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视频时长，格式为：HH:mm:ss，例如：00:03:11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publish_url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first_image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default_videolink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默认视频链接地址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LoggerFactory.getLogger(VodPlaylistTest.class);</w:t>
        <w:br/>
        <w:t>/**</w:t>
        <w:br/>
        <w:t xml:space="preserve"> * 查询播放列表详情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testGetPlaylistDetail()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id = "1617177069967";</w:t>
        <w:br/>
        <w:t xml:space="preserve">    String format = "json";</w:t>
        <w:br/>
        <w:br/>
        <w:t xml:space="preserve">    String url = String.format("http://api.polyv.net/v2/play/%s/list/%s", userId, id);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requestMap.put("id", id);</w:t>
        <w:br/>
        <w:t xml:space="preserve">    requestMap.put("format", format);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log.debug("测试查询播放列表详情,{}",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"describ": "测试修改描述",</w:t>
        <w:br/>
        <w:t xml:space="preserve">            "tag": "测试标签",</w:t>
        <w:br/>
        <w:t xml:space="preserve">            "title": "测试创建播放列表接口123",</w:t>
        <w:br/>
        <w:t xml:space="preserve">            "lmodify": "2021-03-31 17:13:21",</w:t>
        <w:br/>
        <w:t xml:space="preserve">            "video_count": "1",</w:t>
        <w:br/>
        <w:t xml:space="preserve">            "videoid": "1617177069967",</w:t>
        <w:br/>
        <w:t xml:space="preserve">            "ptime": "2021-03-31 15:51:09",</w:t>
        <w:br/>
        <w:t xml:space="preserve">            "videolist": [</w:t>
        <w:br/>
        <w:t xml:space="preserve">                {</w:t>
        <w:br/>
        <w:t xml:space="preserve">                    "vid": "1b448be323b8d9b9489dcd7e8e09f087_1",</w:t>
        <w:br/>
        <w:t xml:space="preserve">                    "title": "测试视频-jjjjj",</w:t>
        <w:br/>
        <w:t xml:space="preserve">                    "duration": "00:02:19",</w:t>
        <w:br/>
        <w:t xml:space="preserve">                    "publish_url": "",</w:t>
        <w:br/>
        <w:t xml:space="preserve">                    "first_image": "http://img.videocc.net/uimage/1/1b448be323/7/1b448be323b8d9b9489dcd7e8e09f087_0.jpg",</w:t>
        <w:br/>
        <w:t xml:space="preserve">                    "default_videolink": ""</w:t>
        <w:br/>
        <w:t xml:space="preserve">                }</w:t>
        <w:br/>
        <w:t xml:space="preserve">            ]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查询播放列表详情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