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添加视频至播放列表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1、通过视频id添加视频到播放列表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http://api.polyv.net/v2/play-list/add-video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http://api.polyv.net/v2/play-list/add-video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vid=1b448be32366f55b1422ac94a4fb7932_1&amp;sign=BCA4C97EFC471F976B1EAFF668EB82184B0E8A2E&amp;userid=1b448be323&amp;ptime=1620284595522&amp;playListId=1620281719396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成功返回success，失败返回空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log=LoggerFactory.getLogger(VodPlaylistTest.class);</w:t>
        <w:br/>
        <w:t>/**</w:t>
        <w:br/>
        <w:t xml:space="preserve"> * 添加视频至播放列表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testAddVideoToPlaylist()throws Exception,NoSuchAlgorithmException{</w:t>
        <w:br/>
        <w:t xml:space="preserve">        //公共参数,填写自己的实际参数</w:t>
        <w:br/>
        <w:t xml:space="preserve">        String secretKey=super.secretKey;</w:t>
        <w:br/>
        <w:t xml:space="preserve">        String userId=super.userId;</w:t>
        <w:br/>
        <w:t xml:space="preserve">        String ptime=String.valueOf(System.currentTimeMillis());</w:t>
        <w:br/>
        <w:t xml:space="preserve">        //业务参数</w:t>
        <w:br/>
        <w:t xml:space="preserve">        String url="http://api.polyv.net/v2/play-list/add-video";</w:t>
        <w:br/>
        <w:t xml:space="preserve">        String playListId="1620281719396";</w:t>
        <w:br/>
        <w:t xml:space="preserve">        String vid="1b448be32366f55b1422ac94a4fb7932_1";</w:t>
        <w:br/>
        <w:br/>
        <w:t xml:space="preserve">        Map&lt;String, String&gt; requestMap=new HashMap&lt;&gt;();</w:t>
        <w:br/>
        <w:t xml:space="preserve">        requestMap.put("userid",userId);</w:t>
        <w:br/>
        <w:t xml:space="preserve">        requestMap.put("ptime",ptime);</w:t>
        <w:br/>
        <w:t xml:space="preserve">        requestMap.put("playListId",playListId);</w:t>
        <w:br/>
        <w:t xml:space="preserve">        requestMap.put("vid",vid);</w:t>
        <w:br/>
        <w:t xml:space="preserve">        requestMap.put("sign",VodSignUtil.getSign(requestMap,secretKey));</w:t>
        <w:br/>
        <w:br/>
        <w:t xml:space="preserve">        String response=HttpUtil.postFormBody(url,requestMap);</w:t>
        <w:br/>
        <w:t xml:space="preserve">        log.debug("测试添加视频至播放列表,{}",response);</w:t>
        <w:br/>
        <w:t xml:space="preserve">        //do somethings</w:t>
        <w:br/>
        <w:br/>
        <w:t xml:space="preserve">    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"the sign is not right",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添加视频至播放列表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