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创建播放列表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1、创建点播视频播放列表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http://api.polyv.net/v2/play-list/create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http://api.polyv.net/v2/play-list/create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ign=B7B1EC6A8B3E8391A242034E1E42400A3944F879&amp;description=%E8%BF%99%E6%98%AF%E6%8F%8F%E8%BF%B0&amp;tag=%E6%B5%8B%E8%AF%95%E5%88%9B%E5%BB%BA&amp;title=%E6%B5%8B%E8%AF%95%E5%88%9B%E5%BB%BA%E6%92%AD%E6%94%BE%E5%88%97%E8%A1%A8%E6%8E%A5%E5%8F%A35-6&amp;userid=1b448be323&amp;ptime=1620281717034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成功返回播放列表ID，失败返回空【详见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LoggerFactory.getLogger(VodPlaylistTest.class);</w:t>
        <w:br/>
        <w:t>/**</w:t>
        <w:br/>
        <w:t xml:space="preserve"> * 创建播放列表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testAddPlayList()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"https://api.polyv.net/v2/play-list/create";</w:t>
        <w:br/>
        <w:t xml:space="preserve">    String title = "测试创建播放列表接口5-6";</w:t>
        <w:br/>
        <w:t xml:space="preserve">    String tag = "测试创建";</w:t>
        <w:br/>
        <w:t xml:space="preserve">    String description = "这是描述";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requestMap.put("title", title);</w:t>
        <w:br/>
        <w:t xml:space="preserve">    requestMap.put("tag", tag);</w:t>
        <w:br/>
        <w:t xml:space="preserve">    requestMap.put("description", description);</w:t>
        <w:br/>
        <w:t xml:space="preserve">    requestMap.put("sign", VodSignUtil.getSign(requestMap, secretKey));</w:t>
        <w:br/>
        <w:t xml:space="preserve">    String response = HttpUtil.postFormBody(url, requestMap);</w:t>
        <w:br/>
        <w:t xml:space="preserve">    log.debug("测试创建播放列表,{}",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"success",</w:t>
        <w:br/>
        <w:t xml:space="preserve">  "data": {</w:t>
        <w:br/>
        <w:t xml:space="preserve">    "playListId": 1620281719396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"code":400,</w:t>
        <w:br/>
        <w:t xml:space="preserve">  "status":"error",</w:t>
        <w:br/>
        <w:t xml:space="preserve">  "message":"the sign is not right",</w:t>
        <w:br/>
        <w:t xml:space="preserve">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创建播放列表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