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修改视频信息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1、通过视频id修改视频信息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http://api.polyv.net/v2/video/{userid}/video-info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describ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返回的数据格式，默认返回json格式xml：返回xml格式json：返回json格式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视频首发外链地址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http://api.polyv.net/v2/video/1b448be323/video-info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323871ffe3d5a84a3638e82c2_1&amp;describ=%E4%BF%9D%E5%88%A9%E5%A8%81%E6%98%AF%E5%85%A8%E7%90%83%E9%A2%86%E5%85%88%E7%9A%84%E4%BC%81%E4%B8%9A%E7%9B%B4%E6%92%AD%E6%9C%8D%E5%8A%A1%E5%95%86%EF%BC%8C%E9%9A%B6%E5%B1%9E%E4%BA%8E%E5%B9%BF%E5%B7%9E%E6%98%93%E6%96%B9%E4%BF%A1%E6%81%AF%E7%A7%91%E6%8A%80%E8%82%A1%E4%BB%BD%E6%9C%89%E9%99%90%E5%85%AC%E5%8F%B8%EF%BC%8C%E8%87%B4%E5%8A%9B%E4%BA%8E%E9%80%9A%E8%BF%87%E5%8F%AF%E9%9B%86%E6%88%90%E3%80%81%E5%8F%AF%E5%AE%9A%E5%88%B6%E7%9A%84%E8%A7%86%E9%A2%91%E7%9B%B4%E6%92%AD%E6%8A%80%E6%9C%AF%EF%BC%8C%E4%B8%BA%E4%BC%81%E4%B8%9A%E6%90%AD%E5%BB%BA%E8%87%AA%E4%B8%BB%E7%A7%81%E5%9F%9F%E7%9B%B4%E6%92%AD%E7%B3%BB%E7%BB%9F%EF%BC%8C%E5%B9%B6%E6%8F%90%E4%BE%9B%E7%9B%B4%E6%92%AD%E5%85%A8%E6%B5%81%E7%A8%8B%E8%BF%90%E8%90%A5%E4%B8%8E%E7%8E%B0%E5%9C%BA%E6%89%A7%E8%A1%8C%E6%9C%8D%E5%8A%A1%E3%80%82&amp;sign=5AA9AF13716BCFF428B7E4C2F59930BDEF1DD901&amp;tag=%E5%AE%A3%E4%BC%A0%E8%A7%86%E9%A2%91&amp;title=%E4%BF%9D%E5%88%A9%E5%A8%81%E5%AE%A3%E4%BC%A0%E8%A7%86%E9%A2%91&amp;ptime=1670903195195&amp;publishUrl=http%3A%2F%2Fwww.polyv.net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响应成功时返回视频详细信息【详见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images_b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视频截图大图地址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视频截图小图地址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视频截图访问链接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流畅码率mp4格式视频地址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mp4_1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流畅码率mp4格式视频地址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mp4_2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高清码率mp4格式视频地址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mp4_3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超清码率mp4格式视频地址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 如1为默认分类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swf_link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返回flash链接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视频状态60/61：已发布10：等待编码20：正在编码50：等待审核51：审核不通过-1：已删除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加密视频为1，非加密为0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flv1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流畅码率flv格式视频地址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flv2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高清码率flv格式视频地址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flv3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超清码率flv格式视频地址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视频宽度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default_video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用户默认播放视频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视频时长，格式：时:分:秒，如：00:00:48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first_image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original_definition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最佳分辨率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视频高度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source_filesize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编码后各个清晰度视频的文件大小，单位：byte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md5checksum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md5校验值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编码后各个清晰度视频的m3u8地址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keepsource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是否为源文件，否：0，是：1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uploader字段说明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</w:tbl>
    <w:p>
      <w:pPr>
        <w:spacing w:after="40"/>
      </w:pPr>
    </w:p>
    <w:p>
      <w:pPr>
        <w:pStyle w:val="Heading3"/>
      </w:pPr>
      <w:r>
        <w:t>uploader字段说明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上传者角色，如管理员，上传者，主账号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private static final Logger log = LoggerFactory.getLogger(VodVideoManagementTest.class);</w:t>
        <w:br/>
        <w:t>/**</w:t>
        <w:br/>
        <w:t xml:space="preserve"> * 修改视频信息</w:t>
        <w:br/>
        <w:t xml:space="preserve"> */</w:t>
        <w:br/>
        <w:t>@Test</w:t>
        <w:br/>
        <w:t>public void testUpdateVideoInfo()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"http://api.polyv.net/v2/video/" + userId + "/video-info";</w:t>
        <w:br/>
        <w:br/>
        <w:t xml:space="preserve">    String vid = "1b448be323871ffe3d5a84a3638e82c2_1";</w:t>
        <w:br/>
        <w:t xml:space="preserve">    String title = "保利威宣传视频";</w:t>
        <w:br/>
        <w:t xml:space="preserve">    String describ = "保利威是全球领先的企业直播服务商，隶属于广州易方信息科技股份有限公司，致力于通过可集成、可定制的视频直播技术，为企业搭建自主私域直播系统，并提供直播全流程运营与现场执行服务。";</w:t>
        <w:br/>
        <w:t xml:space="preserve">    String tag = "宣传视频";</w:t>
        <w:br/>
        <w:t xml:space="preserve">    String publishUrl = "http://www.polyv.net";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requestMap.put("vid", vid);</w:t>
        <w:br/>
        <w:t xml:space="preserve">    requestMap.put("describ", describ);</w:t>
        <w:br/>
        <w:t xml:space="preserve">    requestMap.put("tag", tag);</w:t>
        <w:br/>
        <w:t xml:space="preserve">    requestMap.put("title", title);</w:t>
        <w:br/>
        <w:t xml:space="preserve">    requestMap.put("publishUrl", publishUrl);</w:t>
        <w:br/>
        <w:br/>
        <w:t xml:space="preserve">    requestMap.put("sign", VodSignUtil.getSign(requestMap, secretKey));</w:t>
        <w:br/>
        <w:t xml:space="preserve">    String response = HttpUtil.postFormBody(url, requestMap);</w:t>
        <w:br/>
        <w:t xml:space="preserve">    log.debug("测试修改视频信息,{}",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[</w:t>
        <w:br/>
        <w:t xml:space="preserve">        {</w:t>
        <w:br/>
        <w:t xml:space="preserve">            "images_b": [</w:t>
        <w:br/>
        <w:t xml:space="preserve">                "1b448be323/2/1b448be323871ffe3d5a84a3638e82c2_0_b.jpg",</w:t>
        <w:br/>
        <w:t xml:space="preserve">                "1b448be323/2/1b448be323871ffe3d5a84a3638e82c2_1_b.jpg",</w:t>
        <w:br/>
        <w:t xml:space="preserve">                "1b448be323/2/1b448be323871ffe3d5a84a3638e82c2_2_b.jpg",</w:t>
        <w:br/>
        <w:t xml:space="preserve">                "1b448be323/2/1b448be323871ffe3d5a84a3638e82c2_3_b.jpg",</w:t>
        <w:br/>
        <w:t xml:space="preserve">                "1b448be323/2/1b448be323871ffe3d5a84a3638e82c2_4_b.jpg",</w:t>
        <w:br/>
        <w:t xml:space="preserve">                "1b448be323/2/1b448be323871ffe3d5a84a3638e82c2_5_b.jpg"</w:t>
        <w:br/>
        <w:t xml:space="preserve">            ],</w:t>
        <w:br/>
        <w:t xml:space="preserve">            "images": [</w:t>
        <w:br/>
        <w:t xml:space="preserve">                "1b448be323/2/1b448be323871ffe3d5a84a3638e82c2_0.jpg",</w:t>
        <w:br/>
        <w:t xml:space="preserve">                "1b448be323/2/1b448be323871ffe3d5a84a3638e82c2_1.jpg",</w:t>
        <w:br/>
        <w:t xml:space="preserve">                "1b448be323/2/1b448be323871ffe3d5a84a3638e82c2_2.jpg",</w:t>
        <w:br/>
        <w:t xml:space="preserve">                "1b448be323/2/1b448be323871ffe3d5a84a3638e82c2_3.jpg",</w:t>
        <w:br/>
        <w:t xml:space="preserve">                "1b448be323/2/1b448be323871ffe3d5a84a3638e82c2_4.jpg",</w:t>
        <w:br/>
        <w:t xml:space="preserve">                "1b448be323/2/1b448be323871ffe3d5a84a3638e82c2_5.jpg"</w:t>
        <w:br/>
        <w:t xml:space="preserve">            ],</w:t>
        <w:br/>
        <w:t xml:space="preserve">            "imageUrls": [</w:t>
        <w:br/>
        <w:t xml:space="preserve">                "http://img.videocc.net/uimage/1/1b448be323/2/1b448be323871ffe3d5a84a3638e82c2_0.jpg",</w:t>
        <w:br/>
        <w:t xml:space="preserve">                "http://img.videocc.net/uimage/1/1b448be323/2/1b448be323871ffe3d5a84a3638e82c2_1.jpg",</w:t>
        <w:br/>
        <w:t xml:space="preserve">                "http://img.videocc.net/uimage/1/1b448be323/2/1b448be323871ffe3d5a84a3638e82c2_2.jpg",</w:t>
        <w:br/>
        <w:t xml:space="preserve">                "http://img.videocc.net/uimage/1/1b448be323/2/1b448be323871ffe3d5a84a3638e82c2_3.jpg",</w:t>
        <w:br/>
        <w:t xml:space="preserve">                "http://img.videocc.net/uimage/1/1b448be323/2/1b448be323871ffe3d5a84a3638e82c2_4.jpg",</w:t>
        <w:br/>
        <w:t xml:space="preserve">                "http://img.videocc.net/uimage/1/1b448be323/2/1b448be323871ffe3d5a84a3638e82c2_5.jpg"</w:t>
        <w:br/>
        <w:t xml:space="preserve">            ],</w:t>
        <w:br/>
        <w:t xml:space="preserve">            "tag": "宣传视频",</w:t>
        <w:br/>
        <w:t xml:space="preserve">            "mp4": "http://mpv.videocc.net/1b448be323/2/1b448be323871ffe3d5a84a3638e82c2_1.mp4",</w:t>
        <w:br/>
        <w:t xml:space="preserve">            "title": "保利威宣传视频",</w:t>
        <w:br/>
        <w:t xml:space="preserve">            "df": 3,</w:t>
        <w:br/>
        <w:t xml:space="preserve">            "times": "0",</w:t>
        <w:br/>
        <w:t xml:space="preserve">            "vid": "1b448be323871ffe3d5a84a3638e82c2_1",</w:t>
        <w:br/>
        <w:t xml:space="preserve">            "mp4_1": "http://mpv.videocc.net/1b448be323/2/1b448be323871ffe3d5a84a3638e82c2_1.mp4",</w:t>
        <w:br/>
        <w:t xml:space="preserve">            "mp4_2": "http://mpv.videocc.net/1b448be323/2/1b448be323871ffe3d5a84a3638e82c2_2.mp4",</w:t>
        <w:br/>
        <w:t xml:space="preserve">            "mp4_3": "http://mpv.videocc.net/1b448be323/2/1b448be323871ffe3d5a84a3638e82c2_3.mp4",</w:t>
        <w:br/>
        <w:t xml:space="preserve">            "cataid": "1",</w:t>
        <w:br/>
        <w:t xml:space="preserve">            "swf_link": "http://player.polyv.net/videos/1b448be323871ffe3d5a84a3638e82c2_1.swf",</w:t>
        <w:br/>
        <w:t xml:space="preserve">            "status": "61",</w:t>
        <w:br/>
        <w:t xml:space="preserve">            "seed": 1,</w:t>
        <w:br/>
        <w:t xml:space="preserve">            "flv1": "http://plvod01.videocc.net/1b448be323/2/1b448be323871ffe3d5a84a3638e82c2_1.mp4",</w:t>
        <w:br/>
        <w:t xml:space="preserve">            "flv2": "http://plvod01.videocc.net/1b448be323/2/1b448be323871ffe3d5a84a3638e82c2_2.mp4",</w:t>
        <w:br/>
        <w:t xml:space="preserve">            "flv3": "http://plvod01.videocc.net/1b448be323/2/1b448be323871ffe3d5a84a3638e82c2_3.mp4",</w:t>
        <w:br/>
        <w:t xml:space="preserve">            "sourcefile": "",</w:t>
        <w:br/>
        <w:t xml:space="preserve">            "playerwidth": "600",</w:t>
        <w:br/>
        <w:t xml:space="preserve">            "default_video": "http://plvod01.videocc.net/1b448be323/2/1b448be323871ffe3d5a84a3638e82c2_3.mp4",</w:t>
        <w:br/>
        <w:t xml:space="preserve">            "duration": "00:01:49",</w:t>
        <w:br/>
        <w:t xml:space="preserve">            "first_image": "http://img.videocc.net/uimage/1/1b448be323/2/1b448be323871ffe3d5a84a3638e82c2_0_b.jpg",</w:t>
        <w:br/>
        <w:t xml:space="preserve">            "original_definition": "1920x1080",</w:t>
        <w:br/>
        <w:t xml:space="preserve">            "context": "保利威是全球领先的企业直播服务商，隶属于广州易方信息科技股份有限公司，致力于通过可集成、可定制的视频直播技术，为企业搭建自主私域直播系统，并提供直播全流程运营与现场执行服务。",</w:t>
        <w:br/>
        <w:t xml:space="preserve">            "playerheight": "337",</w:t>
        <w:br/>
        <w:t xml:space="preserve">            "ptime": "2022-12-12 17:47:19",</w:t>
        <w:br/>
        <w:t xml:space="preserve">            "source_filesize": 18839865,</w:t>
        <w:br/>
        <w:t xml:space="preserve">            "filesize": [</w:t>
        <w:br/>
        <w:t xml:space="preserve">                7774918,</w:t>
        <w:br/>
        <w:t xml:space="preserve">                14508330,</w:t>
        <w:br/>
        <w:t xml:space="preserve">                18866914</w:t>
        <w:br/>
        <w:t xml:space="preserve">            ],</w:t>
        <w:br/>
        <w:t xml:space="preserve">            "md5checksum": "4b88804c015da508b5008f95846befc1",</w:t>
        <w:br/>
        <w:t xml:space="preserve">            "hls": [</w:t>
        <w:br/>
        <w:t xml:space="preserve">                "http://hls.videocc.net/1b448be323/2/1b448be323871ffe3d5a84a3638e82c2_1.m3u8",</w:t>
        <w:br/>
        <w:t xml:space="preserve">                "http://hls.videocc.net/1b448be323/2/1b448be323871ffe3d5a84a3638e82c2_2.m3u8",</w:t>
        <w:br/>
        <w:t xml:space="preserve">                "http://hls.videocc.net/1b448be323/2/1b448be323871ffe3d5a84a3638e82c2_3.m3u8"</w:t>
        <w:br/>
        <w:t xml:space="preserve">            ],</w:t>
        <w:br/>
        <w:t xml:space="preserve">            "uploader": {</w:t>
        <w:br/>
        <w:t xml:space="preserve">                "email": "sdk-demo@polyv.net",</w:t>
        <w:br/>
        <w:t xml:space="preserve">                "name": "sdk功能测试账号",</w:t>
        <w:br/>
        <w:t xml:space="preserve">                "role": "主账号"</w:t>
        <w:br/>
        <w:t xml:space="preserve">            },</w:t>
        <w:br/>
        <w:t xml:space="preserve">            "keepsource": "",</w:t>
        <w:br/>
        <w:t xml:space="preserve">            "cataname": "默认分类"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400,</w:t>
        <w:br/>
        <w:tab/>
        <w:t>"status": "error",</w:t>
        <w:br/>
        <w:tab/>
        <w:t>"message": "请先选择目标视频。",</w:t>
        <w:br/>
        <w:tab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修改视频信息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