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修改视频预览时长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1、通过视频id设置视频的播放预览时长</w:t>
        <w:br/>
        <w:t>2、接口URL中的{userid}为点播账号userid，具体参考菜单【使用须知】-&gt;【获取密钥】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http://api.polyv.net/v2/video/{userid}/set-preview-duration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预览的时长（单位是秒），例如：20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http://api.polyv.net/v2/video/1b448be323/set-preview-duration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vid=1b448be3233579036dbaecef0fe49f30_1&amp;duration=5&amp;sign=93679FB56C56A3F75BDAA9E704B63583F7FB49D5&amp;ptime=1617159285478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响应状态码，200为成功返回，非20A0为失败【详见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响应成功时返回成功信息，失败时返回错误描述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LoggerFactory.getLogger(VodVideoManageManagementTest.class);</w:t>
        <w:br/>
        <w:t>/**</w:t>
        <w:br/>
        <w:t xml:space="preserve"> *修改视频预览时长</w:t>
        <w:br/>
        <w:t xml:space="preserve"> */</w:t>
        <w:br/>
        <w:t>@Test</w:t>
        <w:br/>
        <w:t>public void testSettingPreviewDuration()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"http://api.polyv.net/v2/video/"+userid+"/set-preview-duration";</w:t>
        <w:br/>
        <w:t xml:space="preserve">    String vid="1b448be3233579036dbaecef0fe49f30_1";</w:t>
        <w:br/>
        <w:t xml:space="preserve">    String duration=String.valueOf(5);</w:t>
        <w:br/>
        <w:br/>
        <w:t xml:space="preserve">    //调用参数</w:t>
        <w:br/>
        <w:t xml:space="preserve">    Map&lt;String, String&gt; requestMap = new HashMap&lt;&gt;();</w:t>
        <w:br/>
        <w:t xml:space="preserve">    requestMap.put("ptime", ptime);</w:t>
        <w:br/>
        <w:t xml:space="preserve">    requestMap.put("vid", vid);</w:t>
        <w:br/>
        <w:t xml:space="preserve">    requestMap.put("duration", duration);</w:t>
        <w:br/>
        <w:t xml:space="preserve">    requestMap.put("sign", VodSignUtil.getSign(requestMap, secretKey));</w:t>
        <w:br/>
        <w:t xml:space="preserve">    String response = HttpUtil.postFormBody(url, requestMap);</w:t>
        <w:br/>
        <w:t xml:space="preserve">    log.debug("测试修改视频预览时长,{}", 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"message":"success",</w:t>
        <w:br/>
        <w:t xml:space="preserve">    "data":"设置成功."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code: 400,</w:t>
        <w:br/>
        <w:t xml:space="preserve">  status: "success",</w:t>
        <w:br/>
        <w:t xml:space="preserve">  message: "success",</w:t>
        <w:br/>
        <w:t xml:space="preserve">  data: "修改的视频不存在."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修改视频预览时长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