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从回收站恢复视频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1、通过视频id恢复回收站中的视频到视频列表，支持批量恢复，一次性最多支持恢复100个视频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http://api.polyv.net/v2/video/{userid}/recover-videos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视频id，多个视频以英文逗号隔开，一次最多提交100个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http://api.polyv.net/v2/video/1b448be323/recover-videos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vids=1b448be323e6eee0484ad35a4b55b96d_1,1b448be323e131655fe4a70cc01fd490_1&amp;sign=B72906295FF92E1A07338DBB5BEBEDFD69BD4EE6&amp;ptime=1617154178480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成功和失败都返回空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 can't be empty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 limits 100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vids数量超过100个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private static final Logger log = LoggerFactory.getLogger(VodVideoManagementTest.class);</w:t>
        <w:br/>
        <w:t>/**</w:t>
        <w:br/>
        <w:t xml:space="preserve"> * 从回收站恢复视频</w:t>
        <w:br/>
        <w:t xml:space="preserve"> */</w:t>
        <w:br/>
        <w:t>@Test</w:t>
        <w:br/>
        <w:t>public void testRecoverVideo()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"http://api.polyv.net/v2/video/"+userId+"/recover-videos";</w:t>
        <w:br/>
        <w:t xml:space="preserve">    String vids = "1b448be323e6eee0484ad35a4b55b96d_1,1b448be323e131655fe4a70cc01fd490_1";</w:t>
        <w:br/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requestMap.put("vids", vids);</w:t>
        <w:br/>
        <w:br/>
        <w:t xml:space="preserve">    requestMap.put("sign", VodSignUtil.getSign(requestMap, secretKey));</w:t>
        <w:br/>
        <w:t xml:space="preserve">    String response = HttpUtil.postFormBody(url, requestMap);</w:t>
        <w:br/>
        <w:t xml:space="preserve">    log.debug("测试从回收站恢复视频,{}",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"message":"the sign is not right",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"message":"ptime is too old.",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视频vids为空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"message":"vids can't be empty",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vids数量超过100个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"message":"vids limits 100",</w:t>
        <w:br/>
        <w:t xml:space="preserve">    "data":""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从回收站恢复视频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