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1、通过视频id查询视频信息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http://api.polyv.net/v2/video/{userid}/get-video-info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视频id（可以支持多个，用英文逗号隔开），最多同时传100个视频id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http://api.polyv.net/v2/video/1b448be323/get-video-info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vid=1b448be3231361255350f047cd7ed6bb_1,1b448be323b8d9b9489dcd7e8e09f087_1&amp;sign=29D75C8F042389E667A09D10C94F38A90DF05CC6&amp;ptime=1617096538024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视频元数据【详见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metaData参数描述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transcodeInfos参数描述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snapshotInfo参数描述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basicInfo参数描述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miniCoverURL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首图地址，小图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largeCoverURL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首图地址，大图，同coverURL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音频地址, 如果视频没有音频, 返回空字符串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视频状态码60/61：已发布10：等待编码20：正在编码40：编码失败50：等待审核51：审核不通过-1：已删除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分类id，如1为默认分类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courseId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自定义标识（在直播后台频道设置并经回放转存传递到点播中）</w:t>
            </w:r>
          </w:p>
        </w:tc>
      </w:tr>
    </w:tbl>
    <w:p>
      <w:pPr>
        <w:spacing w:after="40"/>
      </w:pPr>
    </w:p>
    <w:p>
      <w:pPr>
        <w:pStyle w:val="Heading3"/>
      </w:pPr>
      <w:r>
        <w:t>metaData参数描述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视频容器类型，如mp4、flv等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视频码率，单位：bps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分辨率高，单位：像素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分辨率宽，单位：像素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编码格式，如h264、h265等</w:t>
            </w:r>
          </w:p>
        </w:tc>
      </w:tr>
    </w:tbl>
    <w:p>
      <w:pPr>
        <w:spacing w:after="40"/>
      </w:pPr>
    </w:p>
    <w:p>
      <w:pPr>
        <w:pStyle w:val="Heading3"/>
      </w:pPr>
      <w:r>
        <w:t>transcodeInfos参数描述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清晰度SOURCE：原清晰度LD：普清SD：标清HD：高清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视频码率，单位：kbps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视频是否加密true：加密视频false：非加密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转码格式，如mp4、flv、pdx、hls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分辨率高，单位：像素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分辨率宽，单位：像素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视频状态normal：正常播放unavailable：不能正常播放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编码后视频大小，单位：字节</w:t>
            </w:r>
          </w:p>
        </w:tc>
      </w:tr>
    </w:tbl>
    <w:p>
      <w:pPr>
        <w:spacing w:after="40"/>
      </w:pPr>
    </w:p>
    <w:p>
      <w:pPr>
        <w:pStyle w:val="Heading3"/>
      </w:pPr>
      <w:r>
        <w:t>snapshotInfo参数描述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视频截图url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LoggerFactory.getLogger(VodVideoManagementTest.class);</w:t>
        <w:br/>
        <w:t>/**</w:t>
        <w:br/>
        <w:t xml:space="preserve"> * 查询视频信息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testGetVideoInfo()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String.format("http://api.polyv.net/v2/video/%s/get-video-info", userId);</w:t>
        <w:br/>
        <w:t xml:space="preserve">    String vid = "1b448be3231361255350f047cd7ed6bb_1,1b448be323b8d9b9489dcd7e8e09f087_1";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log.debug("测试查询视频信息,{}",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[</w:t>
        <w:br/>
        <w:t xml:space="preserve">        {</w:t>
        <w:br/>
        <w:t xml:space="preserve">            "vid": "1b448be323fddcd3f8823f534918039e_1",</w:t>
        <w:br/>
        <w:t xml:space="preserve">            "basicInfo": {</w:t>
        <w:br/>
        <w:t xml:space="preserve">                "title": "保利威宣传视频",</w:t>
        <w:br/>
        <w:t xml:space="preserve">                "description": "保利威是全球领先的企业直播服务商，隶属于广州易方信息科技股份有限公司，致力于通过可集成、可定制的视频直播技术，为企业搭建自主私域直播系统，并提供直播全流程运营与现场执行服务。",</w:t>
        <w:br/>
        <w:t xml:space="preserve">                "duration": 109,</w:t>
        <w:br/>
        <w:t xml:space="preserve">                "thumbnailURL": "https://img.videocc.net/uimage/1/1b448be323/e/1b448be323fddcd3f8823f534918039e_0.jpg",</w:t>
        <w:br/>
        <w:t xml:space="preserve">                "coverURL": "https://img.videocc.net/uimage/1/1b448be323/e/1b448be323fddcd3f8823f534918039e_0_b.jpg",</w:t>
        <w:br/>
        <w:t xml:space="preserve">                "audioUrl": "https://mpv.videocc.net/1b448be323/3/1b448be323efac457efa048ec56ae2a3_1.mp3",</w:t>
        <w:br/>
        <w:t xml:space="preserve">                "creationTime": "2022-12-13 09:14:07",</w:t>
        <w:br/>
        <w:t xml:space="preserve">                "updateTime": "2022-12-13 09:15:15",</w:t>
        <w:br/>
        <w:t xml:space="preserve">                "size": 18839865,</w:t>
        <w:br/>
        <w:t xml:space="preserve">                "status": 61,</w:t>
        <w:br/>
        <w:t xml:space="preserve">                "cateId": 1,</w:t>
        <w:br/>
        <w:t xml:space="preserve">                "cateName": "默认分类",</w:t>
        <w:br/>
        <w:t xml:space="preserve">                "tags": "宣传视频",</w:t>
        <w:br/>
        <w:t xml:space="preserve">                "uploader": "主账号",</w:t>
        <w:br/>
        <w:t xml:space="preserve">                "playTimes": 0,</w:t>
        <w:br/>
        <w:t xml:space="preserve">                "md5Checksum": "4b88804c015da508b5008f95846befc1",</w:t>
        <w:br/>
        <w:t xml:space="preserve">                "extContent": null,</w:t>
        <w:br/>
        <w:t xml:space="preserve">                "courseId": "OA20260813001"</w:t>
        <w:br/>
        <w:t xml:space="preserve">            },</w:t>
        <w:br/>
        <w:t xml:space="preserve">            "metaData": {</w:t>
        <w:br/>
        <w:t xml:space="preserve">                "size": 18839865,</w:t>
        <w:br/>
        <w:t xml:space="preserve">                "format": "mp4",</w:t>
        <w:br/>
        <w:t xml:space="preserve">                "duration": 109,</w:t>
        <w:br/>
        <w:t xml:space="preserve">                "bitrate": 1211,</w:t>
        <w:br/>
        <w:t xml:space="preserve">                "fps": 30,</w:t>
        <w:br/>
        <w:t xml:space="preserve">                "height": 1080,</w:t>
        <w:br/>
        <w:t xml:space="preserve">                "width": 1920,</w:t>
        <w:br/>
        <w:t xml:space="preserve">                "codec": "h264"</w:t>
        <w:br/>
        <w:t xml:space="preserve">            },</w:t>
        <w:br/>
        <w:t xml:space="preserve">            "transcodeInfos": [</w:t>
        <w:br/>
        <w:t xml:space="preserve">                {</w:t>
        <w:br/>
        <w:t xml:space="preserve">                    "playUrl": null,</w:t>
        <w:br/>
        <w:t xml:space="preserve">                    "definition": "LD",</w:t>
        <w:br/>
        <w:t xml:space="preserve">                    "bitrate": 399,</w:t>
        <w:br/>
        <w:t xml:space="preserve">                    "duration": 109,</w:t>
        <w:br/>
        <w:t xml:space="preserve">                    "encrypt": true,</w:t>
        <w:br/>
        <w:t xml:space="preserve">                    "format": "pdx",</w:t>
        <w:br/>
        <w:t xml:space="preserve">                    "fps": 30,</w:t>
        <w:br/>
        <w:t xml:space="preserve">                    "height": 360,</w:t>
        <w:br/>
        <w:t xml:space="preserve">                    "width": 640,</w:t>
        <w:br/>
        <w:t xml:space="preserve">                    "status": "normal",</w:t>
        <w:br/>
        <w:t xml:space="preserve">                    "fileSize": 7770204</w:t>
        <w:br/>
        <w:t xml:space="preserve">                },</w:t>
        <w:br/>
        <w:t xml:space="preserve">                {</w:t>
        <w:br/>
        <w:t xml:space="preserve">                    "playUrl": "https://hls.videocc.net/1b448be323/e/1b448be323fddcd3f8823f534918039e_1.m3u8",</w:t>
        <w:br/>
        <w:t xml:space="preserve">                    "definition": "LD",</w:t>
        <w:br/>
        <w:t xml:space="preserve">                    "bitrate": 399,</w:t>
        <w:br/>
        <w:t xml:space="preserve">                    "duration": 109,</w:t>
        <w:br/>
        <w:t xml:space="preserve">                    "encrypt": true,</w:t>
        <w:br/>
        <w:t xml:space="preserve">                    "format": "hls",</w:t>
        <w:br/>
        <w:t xml:space="preserve">                    "fps": 30,</w:t>
        <w:br/>
        <w:t xml:space="preserve">                    "height": 360,</w:t>
        <w:br/>
        <w:t xml:space="preserve">                    "width": 640,</w:t>
        <w:br/>
        <w:t xml:space="preserve">                    "status": "normal",</w:t>
        <w:br/>
        <w:t xml:space="preserve">                    "fileSize": 7770204</w:t>
        <w:br/>
        <w:t xml:space="preserve">                },</w:t>
        <w:br/>
        <w:t xml:space="preserve">                {</w:t>
        <w:br/>
        <w:t xml:space="preserve">                    "playUrl": null,</w:t>
        <w:br/>
        <w:t xml:space="preserve">                    "definition": "SD",</w:t>
        <w:br/>
        <w:t xml:space="preserve">                    "bitrate": 892,</w:t>
        <w:br/>
        <w:t xml:space="preserve">                    "duration": 109,</w:t>
        <w:br/>
        <w:t xml:space="preserve">                    "encrypt": true,</w:t>
        <w:br/>
        <w:t xml:space="preserve">                    "format": "pdx",</w:t>
        <w:br/>
        <w:t xml:space="preserve">                    "fps": 30,</w:t>
        <w:br/>
        <w:t xml:space="preserve">                    "height": 540,</w:t>
        <w:br/>
        <w:t xml:space="preserve">                    "width": 960,</w:t>
        <w:br/>
        <w:t xml:space="preserve">                    "status": "normal",</w:t>
        <w:br/>
        <w:t xml:space="preserve">                    "fileSize": 14509172</w:t>
        <w:br/>
        <w:t xml:space="preserve">                },</w:t>
        <w:br/>
        <w:t xml:space="preserve">                {</w:t>
        <w:br/>
        <w:t xml:space="preserve">                    "playUrl": "https://hls.videocc.net/1b448be323/e/1b448be323fddcd3f8823f534918039e_2.m3u8",</w:t>
        <w:br/>
        <w:t xml:space="preserve">                    "definition": "SD",</w:t>
        <w:br/>
        <w:t xml:space="preserve">                    "bitrate": 892,</w:t>
        <w:br/>
        <w:t xml:space="preserve">                    "duration": 109,</w:t>
        <w:br/>
        <w:t xml:space="preserve">                    "encrypt": true,</w:t>
        <w:br/>
        <w:t xml:space="preserve">                    "format": "hls",</w:t>
        <w:br/>
        <w:t xml:space="preserve">                    "fps": 30,</w:t>
        <w:br/>
        <w:t xml:space="preserve">                    "height": 540,</w:t>
        <w:br/>
        <w:t xml:space="preserve">                    "width": 960,</w:t>
        <w:br/>
        <w:t xml:space="preserve">                    "status": "normal",</w:t>
        <w:br/>
        <w:t xml:space="preserve">                    "fileSize": 14509172</w:t>
        <w:br/>
        <w:t xml:space="preserve">                },</w:t>
        <w:br/>
        <w:t xml:space="preserve">                {</w:t>
        <w:br/>
        <w:t xml:space="preserve">                    "playUrl": null,</w:t>
        <w:br/>
        <w:t xml:space="preserve">                    "definition": "HD",</w:t>
        <w:br/>
        <w:t xml:space="preserve">                    "bitrate": 1211,</w:t>
        <w:br/>
        <w:t xml:space="preserve">                    "duration": 109,</w:t>
        <w:br/>
        <w:t xml:space="preserve">                    "encrypt": true,</w:t>
        <w:br/>
        <w:t xml:space="preserve">                    "format": "pdx",</w:t>
        <w:br/>
        <w:t xml:space="preserve">                    "fps": 30,</w:t>
        <w:br/>
        <w:t xml:space="preserve">                    "height": 1080,</w:t>
        <w:br/>
        <w:t xml:space="preserve">                    "width": 1920,</w:t>
        <w:br/>
        <w:t xml:space="preserve">                    "status": "normal",</w:t>
        <w:br/>
        <w:t xml:space="preserve">                    "fileSize": 18866914</w:t>
        <w:br/>
        <w:t xml:space="preserve">                },</w:t>
        <w:br/>
        <w:t xml:space="preserve">                {</w:t>
        <w:br/>
        <w:t xml:space="preserve">                    "playUrl": "https://hls.videocc.net/1b448be323/e/1b448be323fddcd3f8823f534918039e_3.m3u8",</w:t>
        <w:br/>
        <w:t xml:space="preserve">                    "definition": "HD",</w:t>
        <w:br/>
        <w:t xml:space="preserve">                    "bitrate": 1211,</w:t>
        <w:br/>
        <w:t xml:space="preserve">                    "duration": 109,</w:t>
        <w:br/>
        <w:t xml:space="preserve">                    "encrypt": true,</w:t>
        <w:br/>
        <w:t xml:space="preserve">                    "format": "hls",</w:t>
        <w:br/>
        <w:t xml:space="preserve">                    "fps": 30,</w:t>
        <w:br/>
        <w:t xml:space="preserve">                    "height": 1080,</w:t>
        <w:br/>
        <w:t xml:space="preserve">                    "width": 1920,</w:t>
        <w:br/>
        <w:t xml:space="preserve">                    "status": "normal",</w:t>
        <w:br/>
        <w:t xml:space="preserve">                    "fileSize": 18866914</w:t>
        <w:br/>
        <w:t xml:space="preserve">                }</w:t>
        <w:br/>
        <w:t xml:space="preserve">            ],</w:t>
        <w:br/>
        <w:t xml:space="preserve">            "snapshotInfo": {</w:t>
        <w:br/>
        <w:t xml:space="preserve">                "imageUrl": [</w:t>
        <w:br/>
        <w:t xml:space="preserve">                    "https://img.videocc.net/uimage/1/1b448be323/e/1b448be323fddcd3f8823f534918039e_0.jpg",</w:t>
        <w:br/>
        <w:t xml:space="preserve">                    "https://img.videocc.net/uimage/1/1b448be323/e/1b448be323fddcd3f8823f534918039e_1.jpg",</w:t>
        <w:br/>
        <w:t xml:space="preserve">                    "https://img.videocc.net/uimage/1/1b448be323/e/1b448be323fddcd3f8823f534918039e_2.jpg",</w:t>
        <w:br/>
        <w:t xml:space="preserve">                    "https://img.videocc.net/uimage/1/1b448be323/e/1b448be323fddcd3f8823f534918039e_3.jpg",</w:t>
        <w:br/>
        <w:t xml:space="preserve">                    "https://img.videocc.net/uimage/1/1b448be323/e/1b448be323fddcd3f8823f534918039e_4.jpg",</w:t>
        <w:br/>
        <w:t xml:space="preserve">                    "https://img.videocc.net/uimage/1/1b448be323/e/1b448be323fddcd3f8823f534918039e_5.jpg"</w:t>
        <w:br/>
        <w:t xml:space="preserve">                ],</w:t>
        <w:br/>
        <w:t xml:space="preserve">                "bigImageUrl": [</w:t>
        <w:br/>
        <w:t xml:space="preserve">                    "https://img.videocc.net/uimage/1/1b448be323/e/1b448be323fddcd3f8823f534918039e_0_b.jpg",</w:t>
        <w:br/>
        <w:t xml:space="preserve">                    "https://img.videocc.net/uimage/1/1b448be323/e/1b448be323fddcd3f8823f534918039e_1_b.jpg",</w:t>
        <w:br/>
        <w:t xml:space="preserve">                    "https://img.videocc.net/uimage/1/1b448be323/e/1b448be323fddcd3f8823f534918039e_2_b.jpg",</w:t>
        <w:br/>
        <w:t xml:space="preserve">                    "https://img.videocc.net/uimage/1/1b448be323/e/1b448be323fddcd3f8823f534918039e_3_b.jpg",</w:t>
        <w:br/>
        <w:t xml:space="preserve">                    "https://img.videocc.net/uimage/1/1b448be323/e/1b448be323fddcd3f8823f534918039e_4_b.jpg",</w:t>
        <w:br/>
        <w:t xml:space="preserve">                    "https://img.videocc.net/uimage/1/1b448be323/e/1b448be323fddcd3f8823f534918039e_5_b.jpg"</w:t>
        <w:br/>
        <w:t xml:space="preserve">                ]</w:t>
        <w:br/>
        <w:t xml:space="preserve">            }</w:t>
        <w:br/>
        <w:t xml:space="preserve">        },</w:t>
        <w:br/>
        <w:t xml:space="preserve">        {</w:t>
        <w:br/>
        <w:t xml:space="preserve">            "vid": "1b448be323871ffe3d5a84a3638e82c2_1",</w:t>
        <w:br/>
        <w:t xml:space="preserve">            "basicInfo": {</w:t>
        <w:br/>
        <w:t xml:space="preserve">                "title": "保利威宣传视频",</w:t>
        <w:br/>
        <w:t xml:space="preserve">                "description": "保利威是全球领先的企业直播服务商，隶属于广州易方信息科技股份有限公司，致力于通过可集成、可定制的视频直播技术，为企业搭建自主私域直播系统，并提供直播全流程运营与现场执行服务。",</w:t>
        <w:br/>
        <w:t xml:space="preserve">                "duration": 109,</w:t>
        <w:br/>
        <w:t xml:space="preserve">                "thumbnailURL": "https://img.videocc.net/uimage/1/1b448be323/2/1b448be323871ffe3d5a84a3638e82c2_0.jpg",</w:t>
        <w:br/>
        <w:t xml:space="preserve">                "coverURL": "https://img.videocc.net/uimage/1/1b448be323/2/1b448be323871ffe3d5a84a3638e82c2_0_b.jpg",</w:t>
        <w:br/>
        <w:t xml:space="preserve">                "audioUrl": "",</w:t>
        <w:br/>
        <w:t xml:space="preserve">                "creationTime": "2022-12-12 17:47:19",</w:t>
        <w:br/>
        <w:t xml:space="preserve">                "updateTime": "2022-12-12 17:52:07",</w:t>
        <w:br/>
        <w:t xml:space="preserve">                "size": 18839865,</w:t>
        <w:br/>
        <w:t xml:space="preserve">                "status": 61,</w:t>
        <w:br/>
        <w:t xml:space="preserve">                "cateId": 1,</w:t>
        <w:br/>
        <w:t xml:space="preserve">                "cateName": "默认分类",</w:t>
        <w:br/>
        <w:t xml:space="preserve">                "tags": "宣传视频",</w:t>
        <w:br/>
        <w:t xml:space="preserve">                "uploader": "主账号",</w:t>
        <w:br/>
        <w:t xml:space="preserve">                "playTimes": 0,</w:t>
        <w:br/>
        <w:t xml:space="preserve">                "md5Checksum": "4b88804c015da508b5008f95846befc1",</w:t>
        <w:br/>
        <w:t xml:space="preserve">                "extContent": null,</w:t>
        <w:br/>
        <w:t xml:space="preserve">                "courseId": "OA20260813001"</w:t>
        <w:br/>
        <w:t xml:space="preserve">            },</w:t>
        <w:br/>
        <w:t xml:space="preserve">            "metaData": {</w:t>
        <w:br/>
        <w:t xml:space="preserve">                "size": 18839865,</w:t>
        <w:br/>
        <w:t xml:space="preserve">                "format": "mp4",</w:t>
        <w:br/>
        <w:t xml:space="preserve">                "duration": 109,</w:t>
        <w:br/>
        <w:t xml:space="preserve">                "bitrate": 1211,</w:t>
        <w:br/>
        <w:t xml:space="preserve">                "fps": 30,</w:t>
        <w:br/>
        <w:t xml:space="preserve">                "height": 1080,</w:t>
        <w:br/>
        <w:t xml:space="preserve">                "width": 1920,</w:t>
        <w:br/>
        <w:t xml:space="preserve">                "codec": "h264"</w:t>
        <w:br/>
        <w:t xml:space="preserve">            },</w:t>
        <w:br/>
        <w:t xml:space="preserve">            "transcodeInfos": [</w:t>
        <w:br/>
        <w:t xml:space="preserve">                {</w:t>
        <w:br/>
        <w:t xml:space="preserve">                    "playUrl": null,</w:t>
        <w:br/>
        <w:t xml:space="preserve">                    "definition": "LD",</w:t>
        <w:br/>
        <w:t xml:space="preserve">                    "bitrate": 399,</w:t>
        <w:br/>
        <w:t xml:space="preserve">                    "duration": 109,</w:t>
        <w:br/>
        <w:t xml:space="preserve">                    "encrypt": true,</w:t>
        <w:br/>
        <w:t xml:space="preserve">                    "format": "pdx",</w:t>
        <w:br/>
        <w:t xml:space="preserve">                    "fps": 30,</w:t>
        <w:br/>
        <w:t xml:space="preserve">                    "height": 360,</w:t>
        <w:br/>
        <w:t xml:space="preserve">                    "width": 640,</w:t>
        <w:br/>
        <w:t xml:space="preserve">                    "status": "normal",</w:t>
        <w:br/>
        <w:t xml:space="preserve">                    "fileSize": 7774918</w:t>
        <w:br/>
        <w:t xml:space="preserve">                },</w:t>
        <w:br/>
        <w:t xml:space="preserve">                {</w:t>
        <w:br/>
        <w:t xml:space="preserve">                    "playUrl": "https://hls.videocc.net/1b448be323/2/1b448be323871ffe3d5a84a3638e82c2_1.m3u8",</w:t>
        <w:br/>
        <w:t xml:space="preserve">                    "definition": "LD",</w:t>
        <w:br/>
        <w:t xml:space="preserve">                    "bitrate": 399,</w:t>
        <w:br/>
        <w:t xml:space="preserve">                    "duration": 109,</w:t>
        <w:br/>
        <w:t xml:space="preserve">                    "encrypt": true,</w:t>
        <w:br/>
        <w:t xml:space="preserve">                    "format": "hls",</w:t>
        <w:br/>
        <w:t xml:space="preserve">                    "fps": 30,</w:t>
        <w:br/>
        <w:t xml:space="preserve">                    "height": 360,</w:t>
        <w:br/>
        <w:t xml:space="preserve">                    "width": 640,</w:t>
        <w:br/>
        <w:t xml:space="preserve">                    "status": "normal",</w:t>
        <w:br/>
        <w:t xml:space="preserve">                    "fileSize": 7774918</w:t>
        <w:br/>
        <w:t xml:space="preserve">                },</w:t>
        <w:br/>
        <w:t xml:space="preserve">                {</w:t>
        <w:br/>
        <w:t xml:space="preserve">                    "playUrl": null,</w:t>
        <w:br/>
        <w:t xml:space="preserve">                    "definition": "SD",</w:t>
        <w:br/>
        <w:t xml:space="preserve">                    "bitrate": 892,</w:t>
        <w:br/>
        <w:t xml:space="preserve">                    "duration": 109,</w:t>
        <w:br/>
        <w:t xml:space="preserve">                    "encrypt": true,</w:t>
        <w:br/>
        <w:t xml:space="preserve">                    "format": "pdx",</w:t>
        <w:br/>
        <w:t xml:space="preserve">                    "fps": 30,</w:t>
        <w:br/>
        <w:t xml:space="preserve">                    "height": 540,</w:t>
        <w:br/>
        <w:t xml:space="preserve">                    "width": 960,</w:t>
        <w:br/>
        <w:t xml:space="preserve">                    "status": "normal",</w:t>
        <w:br/>
        <w:t xml:space="preserve">                    "fileSize": 14508330</w:t>
        <w:br/>
        <w:t xml:space="preserve">                },</w:t>
        <w:br/>
        <w:t xml:space="preserve">                {</w:t>
        <w:br/>
        <w:t xml:space="preserve">                    "playUrl": "https://hls.videocc.net/1b448be323/2/1b448be323871ffe3d5a84a3638e82c2_2.m3u8",</w:t>
        <w:br/>
        <w:t xml:space="preserve">                    "definition": "SD",</w:t>
        <w:br/>
        <w:t xml:space="preserve">                    "bitrate": 892,</w:t>
        <w:br/>
        <w:t xml:space="preserve">                    "duration": 109,</w:t>
        <w:br/>
        <w:t xml:space="preserve">                    "encrypt": true,</w:t>
        <w:br/>
        <w:t xml:space="preserve">                    "format": "hls",</w:t>
        <w:br/>
        <w:t xml:space="preserve">                    "fps": 30,</w:t>
        <w:br/>
        <w:t xml:space="preserve">                    "height": 540,</w:t>
        <w:br/>
        <w:t xml:space="preserve">                    "width": 960,</w:t>
        <w:br/>
        <w:t xml:space="preserve">                    "status": "normal",</w:t>
        <w:br/>
        <w:t xml:space="preserve">                    "fileSize": 14508330</w:t>
        <w:br/>
        <w:t xml:space="preserve">                },</w:t>
        <w:br/>
        <w:t xml:space="preserve">                {</w:t>
        <w:br/>
        <w:t xml:space="preserve">                    "playUrl": null,</w:t>
        <w:br/>
        <w:t xml:space="preserve">                    "definition": "HD",</w:t>
        <w:br/>
        <w:t xml:space="preserve">                    "bitrate": 1211,</w:t>
        <w:br/>
        <w:t xml:space="preserve">                    "duration": 109,</w:t>
        <w:br/>
        <w:t xml:space="preserve">                    "encrypt": true,</w:t>
        <w:br/>
        <w:t xml:space="preserve">                    "format": "pdx",</w:t>
        <w:br/>
        <w:t xml:space="preserve">                    "fps": 30,</w:t>
        <w:br/>
        <w:t xml:space="preserve">                    "height": 1080,</w:t>
        <w:br/>
        <w:t xml:space="preserve">                    "width": 1920,</w:t>
        <w:br/>
        <w:t xml:space="preserve">                    "status": "normal",</w:t>
        <w:br/>
        <w:t xml:space="preserve">                    "fileSize": 18866914</w:t>
        <w:br/>
        <w:t xml:space="preserve">                },</w:t>
        <w:br/>
        <w:t xml:space="preserve">                {</w:t>
        <w:br/>
        <w:t xml:space="preserve">                    "playUrl": "https://hls.videocc.net/1b448be323/2/1b448be323871ffe3d5a84a3638e82c2_3.m3u8",</w:t>
        <w:br/>
        <w:t xml:space="preserve">                    "definition": "HD",</w:t>
        <w:br/>
        <w:t xml:space="preserve">                    "bitrate": 1211,</w:t>
        <w:br/>
        <w:t xml:space="preserve">                    "duration": 109,</w:t>
        <w:br/>
        <w:t xml:space="preserve">                    "encrypt": true,</w:t>
        <w:br/>
        <w:t xml:space="preserve">                    "format": "hls",</w:t>
        <w:br/>
        <w:t xml:space="preserve">                    "fps": 30,</w:t>
        <w:br/>
        <w:t xml:space="preserve">                    "height": 1080,</w:t>
        <w:br/>
        <w:t xml:space="preserve">                    "width": 1920,</w:t>
        <w:br/>
        <w:t xml:space="preserve">                    "status": "normal",</w:t>
        <w:br/>
        <w:t xml:space="preserve">                    "fileSize": 18866914</w:t>
        <w:br/>
        <w:t xml:space="preserve">                }</w:t>
        <w:br/>
        <w:t xml:space="preserve">            ],</w:t>
        <w:br/>
        <w:t xml:space="preserve">            "snapshotInfo": {</w:t>
        <w:br/>
        <w:t xml:space="preserve">                "imageUrl": [</w:t>
        <w:br/>
        <w:t xml:space="preserve">                    "https://img.videocc.net/uimage/1/1b448be323/2/1b448be323871ffe3d5a84a3638e82c2_0.jpg",</w:t>
        <w:br/>
        <w:t xml:space="preserve">                    "https://img.videocc.net/uimage/1/1b448be323/2/1b448be323871ffe3d5a84a3638e82c2_1.jpg",</w:t>
        <w:br/>
        <w:t xml:space="preserve">                    "https://img.videocc.net/uimage/1/1b448be323/2/1b448be323871ffe3d5a84a3638e82c2_2.jpg",</w:t>
        <w:br/>
        <w:t xml:space="preserve">                    "https://img.videocc.net/uimage/1/1b448be323/2/1b448be323871ffe3d5a84a3638e82c2_3.jpg",</w:t>
        <w:br/>
        <w:t xml:space="preserve">                    "https://img.videocc.net/uimage/1/1b448be323/2/1b448be323871ffe3d5a84a3638e82c2_4.jpg",</w:t>
        <w:br/>
        <w:t xml:space="preserve">                    "https://img.videocc.net/uimage/1/1b448be323/2/1b448be323871ffe3d5a84a3638e82c2_5.jpg"</w:t>
        <w:br/>
        <w:t xml:space="preserve">                ],</w:t>
        <w:br/>
        <w:t xml:space="preserve">                "bigImageUrl": [</w:t>
        <w:br/>
        <w:t xml:space="preserve">                    "https://img.videocc.net/uimage/1/1b448be323/2/1b448be323871ffe3d5a84a3638e82c2_0_b.jpg",</w:t>
        <w:br/>
        <w:t xml:space="preserve">                    "https://img.videocc.net/uimage/1/1b448be323/2/1b448be323871ffe3d5a84a3638e82c2_1_b.jpg",</w:t>
        <w:br/>
        <w:t xml:space="preserve">                    "https://img.videocc.net/uimage/1/1b448be323/2/1b448be323871ffe3d5a84a3638e82c2_2_b.jpg",</w:t>
        <w:br/>
        <w:t xml:space="preserve">                    "https://img.videocc.net/uimage/1/1b448be323/2/1b448be323871ffe3d5a84a3638e82c2_3_b.jpg",</w:t>
        <w:br/>
        <w:t xml:space="preserve">                    "https://img.videocc.net/uimage/1/1b448be323/2/1b448be323871ffe3d5a84a3638e82c2_4_b.jpg",</w:t>
        <w:br/>
        <w:t xml:space="preserve">                    "https://img.videocc.net/uimage/1/1b448be323/2/1b448be323871ffe3d5a84a3638e82c2_5_b.jpg"</w:t>
        <w:br/>
        <w:t xml:space="preserve">                ]</w:t>
        <w:br/>
        <w:t xml:space="preserve">            }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"找不到视频信息，请确认参数信息正确性",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