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删除视频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1、通过视频id删除视频，支持批量删除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http://api.polyv.net/v2/video/del-videos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保利威点播账户id，可以参考【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】获取，获取路径：官网-&gt;登录-&gt;点播（API接口）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签名，为40位大写的SHA1值,生成签名的secretkey密钥作为通信数据安全的关键信息，严禁保存在客户端直接使用，所有API都必须通过客户自己服务器中转调用POLYV服务器获取响应数据【详见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视频id，多个视频以英文逗号隔开，一次最多提交500个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deleteType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删除方式，默认为11：删除到回收站2：彻底删除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ignoreInvalidVids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是否忽略错误视频ID，值为Y或N。默认为N Y：忽略错误的视频ID，正确的视频ID会正常进行处理；  N：如果存在错误视频ID，则不进行任何删除操作，返回错误信息；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http://api.polyv.net/v2/video/del-videos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vids=1b448be323e6eee0484ad35a4b55b96d_1,1b448be323e131655fe4a70cc01fd490_1&amp;sign=CDF38C1476AF7578A55D81FB8B4162BD29F9FE53&amp;userid=1b448be323&amp;ptime=1617097496305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如果 ignoreInvalidVids 参数值为Y，且参数中包含错误的视频ID，则 data 中会包含错误的视频ID列表；否则，data 值为空字符串。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private static final Logger log = LoggerFactory.getLogger(VodVideoManagementTest.class);</w:t>
        <w:br/>
        <w:t>/**</w:t>
        <w:br/>
        <w:t xml:space="preserve"> * 删除视频</w:t>
        <w:br/>
        <w:t xml:space="preserve"> */</w:t>
        <w:br/>
        <w:t>@Test</w:t>
        <w:br/>
        <w:t>public void testDeleteVideo() throws Exception, NoSuchAlgorithmException {</w:t>
        <w:br/>
        <w:t xml:space="preserve">    //公共参数,填写自己的实际参数</w:t>
        <w:br/>
        <w:t xml:space="preserve">    String secretKey = super.secretKey;</w:t>
        <w:br/>
        <w:t xml:space="preserve">    String userid = super.userId;</w:t>
        <w:br/>
        <w:t xml:space="preserve">    String ptime = String.valueOf(System.currentTimeMillis());</w:t>
        <w:br/>
        <w:t xml:space="preserve">    //业务参数</w:t>
        <w:br/>
        <w:t xml:space="preserve">    String url = "http://api.polyv.net/v2/video/del-videos";</w:t>
        <w:br/>
        <w:t xml:space="preserve">    String vids = "1b448be323e6eee0484ad35a4b55b96d_1,1b448be323e131655fe4a70cc01fd490_1";</w:t>
        <w:br/>
        <w:br/>
        <w:t xml:space="preserve">    Map&lt;String, String&gt; requestMap = new HashMap&lt;&gt;();</w:t>
        <w:br/>
        <w:t xml:space="preserve">    requestMap.put("userid", userid);</w:t>
        <w:br/>
        <w:t xml:space="preserve">    requestMap.put("ptime", ptime);</w:t>
        <w:br/>
        <w:t xml:space="preserve">    requestMap.put("vids", vids);</w:t>
        <w:br/>
        <w:br/>
        <w:t xml:space="preserve">    requestMap.put("sign", VodSignUtil.getSign(requestMap, secretKey));</w:t>
        <w:br/>
        <w:t xml:space="preserve">    String response = HttpUtil.postFormBody(url, requestMap);</w:t>
        <w:br/>
        <w:t xml:space="preserve">    log.debug("测试删除视频,{}", response);</w:t>
        <w:br/>
        <w:t xml:space="preserve">    //do somethings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"message": "success",</w:t>
        <w:br/>
        <w:tab/>
        <w:t>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签名不正确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"code":400,</w:t>
        <w:br/>
        <w:t xml:space="preserve">    "status":"error",</w:t>
        <w:br/>
        <w:t xml:space="preserve">    "message":"the sign is not right",</w:t>
        <w:br/>
        <w:t xml:space="preserve">    "data":""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时间戳过期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"code":400,</w:t>
        <w:br/>
        <w:t xml:space="preserve">    "status":"error",</w:t>
        <w:br/>
        <w:t xml:space="preserve">    "message":"ptime is too old.",</w:t>
        <w:br/>
        <w:t xml:space="preserve">    "data":""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参数为空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"code":400,</w:t>
        <w:br/>
        <w:t xml:space="preserve">    "status":"error",</w:t>
        <w:br/>
        <w:t xml:space="preserve">    "message":"xxx is empty",</w:t>
        <w:br/>
        <w:t xml:space="preserve">    "data":""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删除视频一次最多只能提交500个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"code":400,</w:t>
        <w:br/>
        <w:t xml:space="preserve">    "status":"error",</w:t>
        <w:br/>
        <w:t xml:space="preserve">    "message":"delete vids size can't greater than 500 once",</w:t>
        <w:br/>
        <w:t xml:space="preserve">    "data":""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删除视频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