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批量查询视频时长和大小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1、根据分类id或者视频id批量查询视频的时长和大小</w:t>
        <w:br/>
        <w:t>2、接口URL中的{userid}为点播账号userid，具体参考菜单【使用须知】-&gt;【获取密钥】</w:t>
        <w:br/>
        <w:t>3、支持https协议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http://api.polyv.net/v2/video/{userid}/getSizeByCata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2、视频id和分类id不能同时为空，同时都传的情况下依据视频id查询，分类id不生效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视频id，多个视频以英文逗号分隔，例如：a2dc4f25179499d6586362672838cc2d_a,a2dc4f25179499d6586362672838cc2d_a 一次最多只能传500个视频id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多个分类id以英文逗号分隔，例如：23,34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http://api.polyv.net/v2/video/1b448be323/getSizeByCata?vids=1b448be3239c2ef0cb3ab9fd105f7fb2_1,1b448be32399ac90f523f76c7430c9a5_1&amp;sign=E89E543C0F731046620C3D1662F6967323349F27&amp;ptime=1617098602701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】，失败时返回空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返回视频结果集数组【详见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videos参数描述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预览的时长，例如：00:00:24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编码后码率1FLV的大小，单位为Bytes：字节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编码后码率2FLV的大小，单位为Bytes：字节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编码后码率3FLV的大小，单位为Bytes：字节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LoggerFactory.getLogger(VodVideoManageManagementTest.class);</w:t>
        <w:br/>
        <w:t>/**</w:t>
        <w:br/>
        <w:t xml:space="preserve"> *批量查询视频时长和大小</w:t>
        <w:br/>
        <w:t xml:space="preserve"> */</w:t>
        <w:br/>
        <w:t>@Test</w:t>
        <w:br/>
        <w:t>public void testBatchGetDurationAndSize()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"http://api.polyv.net/v2/video/"+userId+"/getSizeByCata";</w:t>
        <w:br/>
        <w:t xml:space="preserve">    String cataid="1615286323771";</w:t>
        <w:br/>
        <w:br/>
        <w:t xml:space="preserve">    //调用参数</w:t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requestMap.put("cataid", cataid);</w:t>
        <w:br/>
        <w:t xml:space="preserve">    requestMap.put("sign", VodSignUtil.getSign(requestMap, secretKey));</w:t>
        <w:br/>
        <w:t xml:space="preserve">    String response = HttpUtil.get(url, requestMap);</w:t>
        <w:br/>
        <w:t xml:space="preserve">    log.debug("测试批量查询视频时长和大小,{}",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"data":[</w:t>
        <w:br/>
        <w:t xml:space="preserve">        {</w:t>
        <w:br/>
        <w:t xml:space="preserve">            "cataid":1615286323771,</w:t>
        <w:br/>
        <w:t xml:space="preserve">            "videos":[</w:t>
        <w:br/>
        <w:t xml:space="preserve">                {</w:t>
        <w:br/>
        <w:t xml:space="preserve">                    "vid":"1b448be323eb5bbbf0f47e303a54d536_1",</w:t>
        <w:br/>
        <w:t xml:space="preserve">                    "duration":"00:00:10",</w:t>
        <w:br/>
        <w:t xml:space="preserve">                    "filesize1":202978</w:t>
        <w:br/>
        <w:t xml:space="preserve">                },</w:t>
        <w:br/>
        <w:t xml:space="preserve">                {</w:t>
        <w:br/>
        <w:t xml:space="preserve">                    "vid":"1b448be323be5ff7f8956437d102c4d8_1",</w:t>
        <w:br/>
        <w:t xml:space="preserve">                    "duration":"00:00:24",</w:t>
        <w:br/>
        <w:t xml:space="preserve">                    "filesize1":1168036,</w:t>
        <w:br/>
        <w:t xml:space="preserve">                    "filesize2":1929455,</w:t>
        <w:br/>
        <w:t xml:space="preserve">                    "filesize3":4062216</w:t>
        <w:br/>
        <w:t xml:space="preserve">                },</w:t>
        <w:br/>
        <w:t xml:space="preserve">                {</w:t>
        <w:br/>
        <w:t xml:space="preserve">                    "vid":"1b448be32399ac90f523f76c7430c9a5_1",</w:t>
        <w:br/>
        <w:t xml:space="preserve">                    "duration":"00:00:24",</w:t>
        <w:br/>
        <w:t xml:space="preserve">                    "filesize1":1205029,</w:t>
        <w:br/>
        <w:t xml:space="preserve">                    "filesize2":1986035,</w:t>
        <w:br/>
        <w:t xml:space="preserve">                    "filesize3":4168438</w:t>
        <w:br/>
        <w:t xml:space="preserve">                },</w:t>
        <w:br/>
        <w:t xml:space="preserve">                {</w:t>
        <w:br/>
        <w:t xml:space="preserve">                    "vid":"1b448be3239c2ef0cb3ab9fd105f7fb2_1",</w:t>
        <w:br/>
        <w:t xml:space="preserve">                    "duration":"00:00:24",</w:t>
        <w:br/>
        <w:t xml:space="preserve">                    "filesize1":1190625,</w:t>
        <w:br/>
        <w:t xml:space="preserve">                    "filesize2":1985852,</w:t>
        <w:br/>
        <w:t xml:space="preserve">                    "filesize3":4119734</w:t>
        <w:br/>
        <w:t xml:space="preserve">                }</w:t>
        <w:br/>
        <w:t xml:space="preserve">            ]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"message":"sign can not be empty.",</w:t>
        <w:br/>
        <w:t xml:space="preserve">  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批量查询视频时长和大小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