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上传弹幕文件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1、通过视频id上传弹幕文件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http://api.polyv.net/v2/danmu/{userid}/upload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弹幕文件，支持utf-8编码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http://api.polyv.net/v2/danmu/1b448be323/upload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vid=1b448be323b68b2999802799a98dba54_1&amp;sign=B573120BDF7F320DA32542779D6AC1CD7D6E23C9&amp;ptime=1617176768530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弹幕文件随HTTP二进制流上传至服务器端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响应成功返回上传成功的弹幕条数，响应失败返回空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doesn't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Please Use UTF-8 for SRT files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文件格式或编码问题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上传弹幕</w:t>
        <w:br/>
        <w:t xml:space="preserve"> */</w:t>
        <w:br/>
        <w:t>@Test</w:t>
        <w:br/>
        <w:t>public void testUploadDanmuFile()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"http://api.polyv.net/v2/danmu/"+userId+"/upload";</w:t>
        <w:br/>
        <w:t xml:space="preserve">    String vid =  "1b448be323b68b2999802799a98dba54_1";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br/>
        <w:t xml:space="preserve">    File file = new File(getClass().getResource("/barrage/srt(zh_CN).srt").getPath());</w:t>
        <w:br/>
        <w:t xml:space="preserve">    Map&lt;String, File&gt; fileMap = new HashMap&lt;&gt;();</w:t>
        <w:br/>
        <w:t xml:space="preserve">    fileMap.put("file", file);</w:t>
        <w:br/>
        <w:t xml:space="preserve">    requestMap.put("sign", VodSignUtil.getSign(requestMap, secretKey));</w:t>
        <w:br/>
        <w:br/>
        <w:t xml:space="preserve">    String response = HttpUtil.postFile(url, requestMap, fileMap, null);</w:t>
        <w:br/>
        <w:t xml:space="preserve">    log.debug("测试上传弹幕，{}",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5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签名报错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文件名称为空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"title can't be empty",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"file can't be empty",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上传弹幕文件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