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查询弹幕列表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1、分页查询用户下所有的弹幕信息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http://api.polyv.net/v2/danmu/{userid}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视频id，传入则查询该视频下所有弹幕，不传则查询用户所有弹幕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numPerPage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单页显示的记录条数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查询的页数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http://api.polyv.net/v2/danmu/1b448be323?vid=1b448be323b68b2999802799a98dba54_1&amp;sign=F6254A68BF8AC6570848D86CDB7F57BB3989638A&amp;numPerPage=1&amp;ptime=1617241038467&amp;pageNum=1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响应成功时返回视频弹幕详细信息【详见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当前页最后一个记录在总记录中的位置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当前页第一条记录在总记录中的位置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activePageNum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实际页码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当前页记录个数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分页起始记录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上传者信息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弹幕信息的唯一标识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弹幕信息内容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弹幕出现的时间点，格式：HH:mm:ss，例：00:00:10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弹幕内容的字体大小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fontmode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弹幕内容滚动方式roll：滚动top：顶部bottom：底部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fontcolor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弹幕内容字体颜色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弹幕内容出现的时间，13位毫秒级时间戳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自定义参数（不能超过64位的字符串），添加弹幕传入的自定义参数（例如客户自己的用户id资料等）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自定义参数（不能超过64位的字符串），添加弹幕传入的自定义参数（例如客户自己的用户id资料等）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直播回放转存到点播时会把聊天记录转为点播弹幕信息，直播聊天室消息类型speak：发言chatImg：发图片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直播回放转存到点播的数据，登录直播聊天的用户信息，数据格式：json对象【详见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弹幕来源vod：点播playback：直播回放的聊天数据chat：直播过程的聊天数据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自定义参数（不能超过64位的字符串），添加弹幕传入的自定义参数（例如客户自己的用户id资料等）</w:t>
            </w:r>
          </w:p>
        </w:tc>
      </w:tr>
    </w:tbl>
    <w:p>
      <w:pPr>
        <w:spacing w:after="40"/>
      </w:pPr>
    </w:p>
    <w:p>
      <w:pPr>
        <w:pStyle w:val="Heading3"/>
      </w:pPr>
      <w:r>
        <w:t>user参数描述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banned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是否禁言，true/false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clientIp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用户ip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pic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直播的场次id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聊天室socketid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POLYV用户ID，和保利威官网一致，获取路径：官网-&gt;登录-&gt;点播（API接口）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用户类型，默认为student，三分屏场景下学员需设置为slicestudent：普通学员slice：云课堂学员teacher：讲师manager：管理员assistant：助教guest：嘉宾</w:t>
            </w:r>
          </w:p>
        </w:tc>
      </w:tr>
    </w:tbl>
    <w:p>
      <w:pPr>
        <w:spacing w:after="40"/>
      </w:pPr>
    </w:p>
    <w:p>
      <w:pPr>
        <w:pStyle w:val="Heading3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 failed.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后台程序抛异常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private static final Logger log = LoggerFactory.getLogger(VodVideoManagementTest.class);</w:t>
        <w:br/>
        <w:t xml:space="preserve"> /**</w:t>
        <w:br/>
        <w:t xml:space="preserve">  * 查询弹幕</w:t>
        <w:br/>
        <w:t xml:space="preserve">  */</w:t>
        <w:br/>
        <w:t xml:space="preserve"> @Test</w:t>
        <w:br/>
        <w:t xml:space="preserve"> public void testGetDanmu() throws Exception, NoSuchAlgorithmException {</w:t>
        <w:br/>
        <w:t xml:space="preserve">     //公共参数,填写自己的实际参数</w:t>
        <w:br/>
        <w:t xml:space="preserve">     String secretKey = super.secretKey;</w:t>
        <w:br/>
        <w:t xml:space="preserve">     String userId = super.userId;</w:t>
        <w:br/>
        <w:t xml:space="preserve">     String ptime = String.valueOf(System.currentTimeMillis());</w:t>
        <w:br/>
        <w:t xml:space="preserve">     //业务参数</w:t>
        <w:br/>
        <w:t xml:space="preserve">     String url = String.format("http://api.polyv.net/v2/danmu/%s", userId);</w:t>
        <w:br/>
        <w:t xml:space="preserve">     String vid =  "1b448be323b68b2999802799a98dba54_1";</w:t>
        <w:br/>
        <w:t xml:space="preserve">     String numPerPage =  "1";</w:t>
        <w:br/>
        <w:t xml:space="preserve">     String pageNum =  "1";</w:t>
        <w:br/>
        <w:br/>
        <w:t xml:space="preserve">     Map&lt;String, String&gt; requestMap = new HashMap&lt;&gt;();</w:t>
        <w:br/>
        <w:t xml:space="preserve">     requestMap.put("ptime", ptime);</w:t>
        <w:br/>
        <w:t xml:space="preserve">     requestMap.put("vid", vid);</w:t>
        <w:br/>
        <w:t xml:space="preserve">     requestMap.put("numPerPage", numPerPage);</w:t>
        <w:br/>
        <w:t xml:space="preserve">     requestMap.put("pageNum", pageNum);</w:t>
        <w:br/>
        <w:t xml:space="preserve">     requestMap.put("sign", VodSignUtil.getSign(requestMap, secretKey));</w:t>
        <w:br/>
        <w:br/>
        <w:t xml:space="preserve">     String response = HttpUtil.get(url, requestMap);</w:t>
        <w:br/>
        <w:t xml:space="preserve">     log.debug("测试查询弹幕，{}", response);</w:t>
        <w:br/>
        <w:t xml:space="preserve">     //do somethings</w:t>
        <w:br/>
        <w:t xml:space="preserve"> 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{</w:t>
        <w:br/>
        <w:tab/>
        <w:tab/>
        <w:t>"pageNumber": 1,</w:t>
        <w:br/>
        <w:tab/>
        <w:tab/>
        <w:t>"totalItems": 7,</w:t>
        <w:br/>
        <w:tab/>
        <w:tab/>
        <w:t>"contents": [{</w:t>
        <w:br/>
        <w:tab/>
        <w:tab/>
        <w:tab/>
        <w:t>"id": 17252332,</w:t>
        <w:br/>
        <w:tab/>
        <w:tab/>
        <w:tab/>
        <w:t>"vid": "1b448be323b68b2999802799a98dba54_1",</w:t>
        <w:br/>
        <w:tab/>
        <w:tab/>
        <w:tab/>
        <w:t>"userid": "1b448be323",</w:t>
        <w:br/>
        <w:tab/>
        <w:tab/>
        <w:tab/>
        <w:t>"msg": "测试获取弹幕信息",</w:t>
        <w:br/>
        <w:tab/>
        <w:tab/>
        <w:tab/>
        <w:t>"time": "00:00:01",</w:t>
        <w:br/>
        <w:tab/>
        <w:tab/>
        <w:tab/>
        <w:t>"fontsize": "24",</w:t>
        <w:br/>
        <w:tab/>
        <w:tab/>
        <w:tab/>
        <w:t>"fontmode": "roll",</w:t>
        <w:br/>
        <w:tab/>
        <w:tab/>
        <w:tab/>
        <w:t>"fontcolor": "0xFFFFFF",</w:t>
        <w:br/>
        <w:tab/>
        <w:tab/>
        <w:tab/>
        <w:t>"timestamp": 1617176768000,</w:t>
        <w:br/>
        <w:tab/>
        <w:tab/>
        <w:tab/>
        <w:t>"sessionid": null,</w:t>
        <w:br/>
        <w:tab/>
        <w:tab/>
        <w:tab/>
        <w:t>"param2": null,</w:t>
        <w:br/>
        <w:tab/>
        <w:tab/>
        <w:tab/>
        <w:t>"msgtype": "speak",</w:t>
        <w:br/>
        <w:tab/>
        <w:tab/>
        <w:tab/>
        <w:t>"user": "",</w:t>
        <w:br/>
        <w:tab/>
        <w:tab/>
        <w:tab/>
        <w:t>"origin": "vod",</w:t>
        <w:br/>
        <w:tab/>
        <w:tab/>
        <w:tab/>
        <w:t>"viewerId": null</w:t>
        <w:br/>
        <w:tab/>
        <w:tab/>
        <w:t>}],</w:t>
        <w:br/>
        <w:tab/>
        <w:tab/>
        <w:t>"totalPages": 1,</w:t>
        <w:br/>
        <w:tab/>
        <w:tab/>
        <w:t>"endRow": 7,</w:t>
        <w:br/>
        <w:tab/>
        <w:tab/>
        <w:t>"startRow": 1,</w:t>
        <w:br/>
        <w:tab/>
        <w:tab/>
        <w:t>"nextPageNumber": 1,</w:t>
        <w:br/>
        <w:tab/>
        <w:tab/>
        <w:t>"prePageNumber": 1,</w:t>
        <w:br/>
        <w:tab/>
        <w:tab/>
        <w:t>"activePageNum": 1,</w:t>
        <w:br/>
        <w:tab/>
        <w:tab/>
        <w:t>"firstPage": true,</w:t>
        <w:br/>
        <w:tab/>
        <w:tab/>
        <w:t>"lastPage": true,</w:t>
        <w:br/>
        <w:tab/>
        <w:tab/>
        <w:t>"limit": 1,</w:t>
        <w:br/>
        <w:tab/>
        <w:tab/>
        <w:t>"offset": 0</w:t>
        <w:br/>
        <w:tab/>
        <w:t>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{</w:t>
        <w:br/>
        <w:tab/>
        <w:t>"code": 400,</w:t>
        <w:br/>
        <w:tab/>
        <w:t>"status": "error",</w:t>
        <w:br/>
        <w:tab/>
        <w:t>"message": "ptime is too old.",</w:t>
        <w:br/>
        <w:tab/>
        <w:t>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查询弹幕列表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