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删除弹幕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1、通过弹幕id批量删除弹幕信息</w:t>
        <w:br/>
        <w:t>2、接口URL中的{userid}为点播账号userid，具体参考菜单【使用须知】-&gt;【获取密钥】</w:t>
        <w:br/>
        <w:t>3、接口支持https协议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http://api.polyv.net/v2/danmu/{userid}/delete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当前时间的毫秒级时间戳，3分钟内有效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签名，为40位大写的SHA1值,生成签名的secretkey密钥作为通信数据安全的关键信息，严禁保存在客户端直接使用，所有API都必须通过客户自己服务器中转调用POLYV服务器获取响应数据【详见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danmuIds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弹幕id，多个用英文逗号隔开，参数获取自【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查询弹幕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http://api.polyv.net/v2/danmu/1b448be323/delete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表单参数：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danmuIds=17251132&amp;sign=E7149C694CEEC06D12E421B595A1D14A07D26A67&amp;ptime=1617244337042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响应成功返回success，响应失败返回空</w:t>
            </w:r>
          </w:p>
        </w:tc>
      </w:tr>
    </w:tbl>
    <w:p>
      <w:pPr>
        <w:spacing w:after="40"/>
      </w:pPr>
    </w:p>
    <w:p>
      <w:pPr>
        <w:pStyle w:val="Heading3"/>
      </w:pPr>
      <w:r>
        <w:t>返回错误代码列表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错误代码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 can not be empty.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加密串为空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ptime is too old.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时间戳过期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ptime is illegal.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时间戳参数格式不对或者超过当前时间3分钟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Could not find user by userid.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userid不存在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the sign is not right.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加密串不正确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500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 failed.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后台程序抛异常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VodSignUtil.java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点播Java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完成API的功能对接，点播Java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 xml:space="preserve"> private static final Logger log = LoggerFactory.getLogger(VodVideoManagementTest.class);</w:t>
        <w:br/>
        <w:t>/**</w:t>
        <w:br/>
        <w:t xml:space="preserve"> * 删除弹幕</w:t>
        <w:br/>
        <w:t xml:space="preserve"> */</w:t>
        <w:br/>
        <w:t>@Test</w:t>
        <w:br/>
        <w:t>public void testDeleteDanmu() throws Exception, NoSuchAlgorithmException {</w:t>
        <w:br/>
        <w:t xml:space="preserve">    //公共参数,填写自己的实际参数</w:t>
        <w:br/>
        <w:t xml:space="preserve">    String secretKey = super.secretKey;</w:t>
        <w:br/>
        <w:t xml:space="preserve">    String userId = super.userId;</w:t>
        <w:br/>
        <w:t xml:space="preserve">    String ptime = String.valueOf(System.currentTimeMillis());</w:t>
        <w:br/>
        <w:t xml:space="preserve">    //业务参数</w:t>
        <w:br/>
        <w:t xml:space="preserve">    String url = "http://api.polyv.net/v2/danmu/" + userId + "/delete";</w:t>
        <w:br/>
        <w:t xml:space="preserve">    String danmuIds =  "17251132";</w:t>
        <w:br/>
        <w:br/>
        <w:t xml:space="preserve">    Map&lt;String, String&gt; requestMap = new HashMap&lt;&gt;();</w:t>
        <w:br/>
        <w:t xml:space="preserve">    requestMap.put("ptime", ptime);</w:t>
        <w:br/>
        <w:t xml:space="preserve">    requestMap.put("danmuIds", danmuIds);</w:t>
        <w:br/>
        <w:t xml:space="preserve">    requestMap.put("sign", VodSignUtil.getSign(requestMap, secretKey));</w:t>
        <w:br/>
        <w:br/>
        <w:t xml:space="preserve">    String response = HttpUtil.postFormBody(url, requestMap);</w:t>
        <w:br/>
        <w:t xml:space="preserve">    log.debug("测试删除弹幕，{}", response);</w:t>
        <w:br/>
        <w:t xml:space="preserve">    //do somethings</w:t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ab/>
        <w:t>"code": 200,</w:t>
        <w:br/>
        <w:tab/>
        <w:t>"status": "success",</w:t>
        <w:br/>
        <w:tab/>
        <w:t>"message": "success",</w:t>
        <w:br/>
        <w:tab/>
        <w:t>"data": "success"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ab/>
        <w:t>"code": 400,</w:t>
        <w:br/>
        <w:tab/>
        <w:t>"status": "error",</w:t>
        <w:br/>
        <w:tab/>
        <w:t>"message": "ptime is too old.",</w:t>
        <w:br/>
        <w:tab/>
        <w:t>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删除弹幕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