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创建单条弹幕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1、通过视频id创建弹幕信息，弹幕暂不支持特殊字符与表情符号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http://api.polyv.net/v2/danmu/{userid}/add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弹幕出现的时间，格式：HH:mm:ss，例：00:00:20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场次号，自定义参数，比如：表示学员信息的学员id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字体大小，默认：18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出现位置，默认为rollroll：滚动top：顶部bottom：底部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字体颜色，格式：0xFFFFFF，默认：0xFFFFFF（白色）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http://api.polyv.net/v2/danmu/1b448be323/add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vid=1b448be323b68b2999802799a98dba54_1&amp;msg=测试添加弹幕~&amp;sign=49BBCBC672DF778CE6C6DE8EB1F4BB7BE9B2C395&amp;time=00:00:05&amp;ptime=1617173648080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成功返回弹幕id，失败返回空【详见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弹幕id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doesn't exist.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vid, msg and time should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必传参数为空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Wrong time format.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弹幕时间格式不对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 size illegal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字体格式非法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private static final Logger log = LoggerFactory.getLogger(VodVideoManagementTest.class);</w:t>
        <w:br/>
        <w:t>/**</w:t>
        <w:br/>
        <w:t xml:space="preserve"> * 创建弹幕</w:t>
        <w:br/>
        <w:t xml:space="preserve"> */</w:t>
        <w:br/>
        <w:t>@Test</w:t>
        <w:br/>
        <w:t>public void testAddDanmu()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"http://api.polyv.net/v2/danmu/"+userId+"/add";</w:t>
        <w:br/>
        <w:t xml:space="preserve">    String vid =  "1b448be323b68b2999802799a98dba54_1";</w:t>
        <w:br/>
        <w:t xml:space="preserve">    String msg =  "测试添加弹幕";</w:t>
        <w:br/>
        <w:t xml:space="preserve">    String time =  "00:00:05";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requestMap.put("msg", msg);</w:t>
        <w:br/>
        <w:t xml:space="preserve">    requestMap.put("time", time);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log.debug("测试创建弹幕，{}",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{</w:t>
        <w:br/>
        <w:tab/>
        <w:tab/>
        <w:t>"Id": 17251132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签名报错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必须参数为空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"vid, msg and time should not be empty.",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弹幕时间格式不对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"Wrong time format.",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"font size illegal",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"vid doesn't exist.",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创建单条弹幕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