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同步上传课件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1、通过视频id上传课件，支持ppt、pptx及pdf文件格式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http://api.polyv.net/v2/video/{userid}/uploadPPT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2、ppt文件和txt文件必须同时上传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视频id，例如：1b448be323dec2a7bed6db61bd7d8a77_1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课件文件，支持ppt、pptx、pdf格式，文件大小不能超过50M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txt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控制视频播放到第几秒时显示课件的某页，文件格式为txt，txt文件必须是UTF-8的编码格式，否则课件的章节标题会显示为乱码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txt文件格式示例如下，每一行为：“视频中的秒数”+“:”+“标题”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10:第十秒出现标题</w:t>
        <w:br/>
        <w:t>21:第二十秒出现标题</w:t>
        <w:br/>
        <w:t>30:第三十秒出现标题</w:t>
      </w: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http://api.polyv.net/v2/video/1b448be323/uploadPPT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vid=1b448be323fb327a42539cbb788913b4_1&amp;format=json&amp;sign=173B5BBA359A47A8FD00FD671CB87EAE492052BF&amp;ptime=1617332188260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课件文件随HTTP二进制流上传至服务器端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响应成功时返回ppt上传成功，响应失败时返回空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基础代码请点击下载本地 或跳转到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基础代码</w:t>
      </w:r>
      <w:r>
        <w:rPr>
          <w:rFonts w:ascii="Source Han Sans SC" w:hAnsi="Source Han Sans SC" w:eastAsia="Source Han Sans SC" w:cs="Source Han Sans SC" w:hint="eastAsia"/>
          <w:sz w:val="21"/>
        </w:rPr>
        <w:t>在线获取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LoggerFactory.getLogger(VodVideoCourseWare.class);</w:t>
        <w:br/>
        <w:t>/**</w:t>
        <w:br/>
        <w:t xml:space="preserve"> * 同步上传课件</w:t>
        <w:br/>
        <w:t xml:space="preserve"> */</w:t>
        <w:br/>
        <w:t>@Test</w:t>
        <w:br/>
        <w:t>public void testUploadCourseWareSync()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String.format("http://api.polyv.net/v2/video/%s/uploadPPT",userid);</w:t>
        <w:br/>
        <w:t xml:space="preserve">    String vid =  "1b448be323fb327a42539cbb788913b4_1";</w:t>
        <w:br/>
        <w:t xml:space="preserve">    String format = "json";</w:t>
        <w:br/>
        <w:t xml:space="preserve">    String pptFilePath = getClass().getResource("/file/").getPath() + "class.pptx";</w:t>
        <w:br/>
        <w:t xml:space="preserve">    String pptControlPath = getClass().getResource("/file/").getPath() + "pptControl.txt";</w:t>
        <w:br/>
        <w:t xml:space="preserve">    File ppt = new File(pptFilePath);</w:t>
        <w:br/>
        <w:t xml:space="preserve">    File txt = new File(pptControlPath);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requestMap.put("vid", vid);</w:t>
        <w:br/>
        <w:t xml:space="preserve">    requestMap.put("format",format);</w:t>
        <w:br/>
        <w:t xml:space="preserve">    Map&lt;String,File&gt; fileMap = new HashMap&lt;&gt;();</w:t>
        <w:br/>
        <w:t xml:space="preserve">    fileMap.put("ppt",ppt);</w:t>
        <w:br/>
        <w:t xml:space="preserve">    fileMap.put("txt",txt);</w:t>
        <w:br/>
        <w:t xml:space="preserve">    requestMap.put("sign", VodSignUtil.getSign(requestMap, secretKey));</w:t>
        <w:br/>
        <w:br/>
        <w:t xml:space="preserve">    String response = HttpUtil.postFile(url, requestMap,fileMap,Constant.UTF8);</w:t>
        <w:br/>
        <w:t xml:space="preserve">    log.debug("测试同步上传课件，{}",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"success",</w:t>
        <w:br/>
        <w:tab/>
        <w:t>"data": "ppt上传成功"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400,</w:t>
        <w:br/>
        <w:tab/>
        <w:t>"status": "error",</w:t>
        <w:br/>
        <w:tab/>
        <w:t>"message": "sign can not be empty.",</w:t>
        <w:br/>
        <w:tab/>
        <w:t>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同步上传课件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