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查询课件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1、通过视频id获取视频关联课件信息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http://api.polyv.net/v2/video/{userid}/getPPTPage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视频id，例如：1b448be323dec2a7bed6db61bd7d8a77_1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http://api.polyv.net/v2/video/1b448be323/getPPTPage?vid=1b448be3239482977934f099f2ceaa0a_1&amp;sign=7CA059DC9F8359A0C96BAEC2E2B0A53D7772D416&amp;ptime=1617674841740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响应成功时返回课件信息【详见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课件页面标题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课件某页转码后的图片URL链接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课件某页缩略图URL链接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视频播放到第几秒时显示该页课件，单位：秒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该视频尚未关联课件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该视频尚未关联课件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基础代码请点击下载本地 或跳转到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基础代码</w:t>
      </w:r>
      <w:r>
        <w:rPr>
          <w:rFonts w:ascii="Source Han Sans SC" w:hAnsi="Source Han Sans SC" w:eastAsia="Source Han Sans SC" w:cs="Source Han Sans SC" w:hint="eastAsia"/>
          <w:sz w:val="21"/>
        </w:rPr>
        <w:t>在线获取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LoggerFactory.getLogger(VodVideoCourseWare.class);</w:t>
        <w:br/>
        <w:t>/**</w:t>
        <w:br/>
        <w:t xml:space="preserve"> *  查询课件</w:t>
        <w:br/>
        <w:t xml:space="preserve"> */</w:t>
        <w:br/>
        <w:t>@Test</w:t>
        <w:br/>
        <w:t>public void testGetCourseWare()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String.format("https://api.polyv.net/v2/video/%s/getPPTPage", userid);</w:t>
        <w:br/>
        <w:t xml:space="preserve">    String vid = "1b448be3239482977934f099f2ceaa0a_1";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log.debug("测试查询课件，{}",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[{</w:t>
        <w:br/>
        <w:tab/>
        <w:tab/>
        <w:t>"pageNo": 1,</w:t>
        <w:br/>
        <w:tab/>
        <w:tab/>
        <w:t>"pageTitle": "hello,word",</w:t>
        <w:br/>
        <w:tab/>
        <w:tab/>
        <w:t>"pageImage": "https://doc-oss.polyv.net/images/2021/04/736cde140f73437997729a1066140cf1e6bdefb8/736cde140f73437997729a1066140cf1e6bdefb8_0000.jpeg",</w:t>
        <w:br/>
        <w:tab/>
        <w:tab/>
        <w:t>"pageThumbnail": "https://doc-oss.polyv.net/images/2021/04/736cde140f73437997729a1066140cf1e6bdefb8/736cde140f73437997729a1066140cf1e6bdefb8_0000_s.jpeg",</w:t>
        <w:br/>
        <w:tab/>
        <w:tab/>
        <w:t>"showTime": 0</w:t>
        <w:br/>
        <w:tab/>
        <w:t>}, {</w:t>
        <w:br/>
        <w:tab/>
        <w:tab/>
        <w:t>"pageNo": 2,</w:t>
        <w:br/>
        <w:tab/>
        <w:tab/>
        <w:t>"pageTitle": "hello,word",</w:t>
        <w:br/>
        <w:tab/>
        <w:tab/>
        <w:t>"pageImage": "https://doc-oss.polyv.net/images/2021/04/736cde140f73437997729a1066140cf1e6bdefb8/736cde140f73437997729a1066140cf1e6bdefb8_0001.jpeg",</w:t>
        <w:br/>
        <w:tab/>
        <w:tab/>
        <w:t>"pageThumbnail": "https://doc-oss.polyv.net/images/2021/04/736cde140f73437997729a1066140cf1e6bdefb8/736cde140f73437997729a1066140cf1e6bdefb8_0001_s.jpeg",</w:t>
        <w:br/>
        <w:tab/>
        <w:tab/>
        <w:t>"showTime": 0</w:t>
        <w:br/>
        <w:tab/>
        <w:t>}, {</w:t>
        <w:br/>
        <w:tab/>
        <w:tab/>
        <w:t>"pageNo": 3,</w:t>
        <w:br/>
        <w:tab/>
        <w:tab/>
        <w:t>"pageTitle": "hello,word",</w:t>
        <w:br/>
        <w:tab/>
        <w:tab/>
        <w:t>"pageImage": "https://doc-oss.polyv.net/images/2021/04/736cde140f73437997729a1066140cf1e6bdefb8/736cde140f73437997729a1066140cf1e6bdefb8_0002.jpeg",</w:t>
        <w:br/>
        <w:tab/>
        <w:tab/>
        <w:t>"pageThumbnail": "https://doc-oss.polyv.net/images/2021/04/736cde140f73437997729a1066140cf1e6bdefb8/736cde140f73437997729a1066140cf1e6bdefb8_0002_s.jpeg",</w:t>
        <w:br/>
        <w:tab/>
        <w:tab/>
        <w:t>"showTime": 0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查询课件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