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删除视频指定时间点的打点信息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1、通过视频id删除单个视频指定时间点的打点信息</w:t>
        <w:br/>
        <w:t>2、接口URL中的{userid}为点播账号userid，具体参考菜单【使用须知】-&gt;【获取密钥】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http://api.polyv.net/v2/video/{userid}/deleteKeyFrameByTime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保利威点播账户id，可以参考【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】获取，获取路径：官网-&gt;登录-&gt;点播（API接口）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需要删除的打点秒数，多个用英文逗号隔开，例如：20,30,50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http://api.polyv.net/v2/video/1b448be323/deleteKeyFrame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vid=1b448be323a6a1a6c0c237856f555e88_1&amp;times=10,20&amp;sign=A666123008CB66207F7726DDC8A4041AB1EE49D4&amp;userid=1b448be323&amp;ptime=1617260162521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响应成功时返回success，响应失败返回空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LoggerFactory.getLogger(VodChapterMakerTest.class);</w:t>
        <w:br/>
        <w:t>/**</w:t>
        <w:br/>
        <w:t xml:space="preserve"> * 删除视频指定时间点的打点信息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testDeleteChapterMakerByTime()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String.format("http://api.polyv.net/v2/video/%s/deleteKeyFrame", userId);</w:t>
        <w:br/>
        <w:br/>
        <w:t xml:space="preserve">    String vid = "1b448be323a6a1a6c0c237856f555e88_1";</w:t>
        <w:br/>
        <w:t xml:space="preserve">    String times = "10,20";</w:t>
        <w:br/>
        <w:br/>
        <w:t xml:space="preserve">    Map&lt;String, String&gt; requestMap = new HashMap&lt;&gt;();</w:t>
        <w:br/>
        <w:t xml:space="preserve">    requestMap.put("userid", userId);</w:t>
        <w:br/>
        <w:t xml:space="preserve">    requestMap.put("ptime", ptime);</w:t>
        <w:br/>
        <w:t xml:space="preserve">    requestMap.put("vid", vid);</w:t>
        <w:br/>
        <w:t xml:space="preserve">    requestMap.put("times", times);</w:t>
        <w:br/>
        <w:t xml:space="preserve">    requestMap.put("sign", VodSignUtil.getSign(requestMap, secretKey));</w:t>
        <w:br/>
        <w:t xml:space="preserve">    String response = HttpUtil.postFormBody(url, requestMap);</w:t>
        <w:br/>
        <w:t xml:space="preserve">    log.debug("测试删除视频指定时间点的打点信息,{}",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"success",</w:t>
        <w:br/>
        <w:t xml:space="preserve">  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"the sign is not right.",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删除视频指定时间点的打点信息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