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设置打点信息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1、通过视频id设置单个视频的打点信息</w:t>
        <w:br/>
        <w:t>2、接口URL中的{userid}为点播账号userid，具体参考菜单【使用须知】-&gt;【获取密钥】</w:t>
        <w:br/>
        <w:t>3、接口仅userid、ptime、vid参与签名，其他参数不参与签名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http://api.polyv.net/v2/video/{userid}/saveKeyFrame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 seconds（打点秒数）必须要小于视频时长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3、请求参数 dess（打点描述）的个数必须要和 seconds（打点秒数）的个数相同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打点描述，如果上传多个打点，请用英文逗号","隔开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seconds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打点秒数，如果上传多个打点，请用英文逗号","隔开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btnsettingswitch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打点按钮设置开关，不传表示关闭Y：为开启N：为关闭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按钮描述，按钮开关开启时必填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按钮跳转地址，按钮开关开启时必填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http://api.polyv.net/v2/video/1b448be323/saveKeyFrame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vid=1b448be323a6a1a6c0c237856f555e88_1&amp;seconds=10,20&amp;btnsettingswitch=Y&amp;btnhref=https://baidu.com&amp;sign=D4F867827C100835254100FF147B1095DA29BB72&amp;btndesc=测试打点按钮&amp;ptime=1617258980678&amp;desc=测试打点10s,测试打点20s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请求成功时返回设置成功信息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LoggerFactory.getLogger(VodChapterMakerTest.class);</w:t>
        <w:br/>
        <w:t>/**</w:t>
        <w:br/>
        <w:t xml:space="preserve"> * 设置打点信息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testAddChapterMarker()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String.format("http://api.polyv.net/v2/video/%s/saveKeyFrame", userId);</w:t>
        <w:br/>
        <w:t xml:space="preserve">    String vid = "1b448be323a6a1a6c0c237856f555e88_1";</w:t>
        <w:br/>
        <w:t xml:space="preserve">    String desc = "测试打点10s,测试打点20s";</w:t>
        <w:br/>
        <w:t xml:space="preserve">    String seconds = "10,20";</w:t>
        <w:br/>
        <w:t xml:space="preserve">    String btnsettingswitch = "Y";</w:t>
        <w:br/>
        <w:t xml:space="preserve">    String btndesc = "测试打点按钮";</w:t>
        <w:br/>
        <w:t xml:space="preserve">    String btnhref = "https://baidu.com";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requestMap.put("desc", desc);</w:t>
        <w:br/>
        <w:t xml:space="preserve">    requestMap.put("seconds", seconds);</w:t>
        <w:br/>
        <w:t xml:space="preserve">    requestMap.put("btnsettingswitch", btnsettingswitch);</w:t>
        <w:br/>
        <w:t xml:space="preserve">    requestMap.put("btndesc", btndesc);</w:t>
        <w:br/>
        <w:t xml:space="preserve">    requestMap.put("btnhref", btnhref);</w:t>
        <w:br/>
        <w:br/>
        <w:t xml:space="preserve">    //系统只部分参数进行签名</w:t>
        <w:br/>
        <w:t xml:space="preserve">    Map&lt;String, String&gt; signMap = new HashMap&lt;&gt;();</w:t>
        <w:br/>
        <w:t xml:space="preserve">    signMap.put("userid", userId);</w:t>
        <w:br/>
        <w:t xml:space="preserve">    signMap.put("ptime", ptime);</w:t>
        <w:br/>
        <w:t xml:space="preserve">    signMap.put("vid", vid);</w:t>
        <w:br/>
        <w:t xml:space="preserve">    requestMap.put("sign", VodSignUtil.getSign(signMap, secretKey));</w:t>
        <w:br/>
        <w:t xml:space="preserve">    String response = HttpUtil.postFormBody(url, requestMap);</w:t>
        <w:br/>
        <w:t xml:space="preserve">    log.debug("测试设置打点信息,{}",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"the key frame add successfully"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设置打点信息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