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修改分类设置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1、通过分类id，修改一级分类的属性，例如是否源文件播放等</w:t>
        <w:br/>
        <w:t>2、接口URL中的{userid}为点播账号userid，具体参考菜单【使用须知】-&gt;【获取密钥】</w:t>
        <w:br/>
        <w:t>3、接口支持https协议</w:t>
        <w:br/>
        <w:t>4、每个账户预设根目录，名字为默认分类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http://api.polyv.net/v2/video/{userid}/updateCataProfile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分类id，仅能设置一级分类的属性，该参数获取自【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获取分类及子分类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isSettings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是否启用设置，默认值为Y：开启Y为开启N为关闭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keepSource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源文件播放设置开关（仅对新上传视频有效），默认值为0：非源文件播放如果为源文件播放，encrypt、encryptLevel、isEdu、encodeAAC参数不生效1：开启0：关闭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encrypt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视频加密设置开关（仅对新上传视频有效），默认值为0：关闭1：开启0：关闭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hlslevel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移动端加密设置（仅对新上传视频有效），默认值为open：非加密授权open：非加密授权；web：WEB授权；app：APP授权；wxa_app：小程序授权；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isEdu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视频优化（仅对新上传视频有效），默认值为0：关闭1：开启0：关闭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encode_aac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生成音频文件（仅对新上传视频有效），默认为0：关闭该功能只对部分有权限用户开放1：开启0：关闭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播放器id, 用于设置当前分类下的视频使用哪个播放器进行播放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http://api.polyv.net/v2/video/1b448be323/updateCataProfile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isEdu=1&amp;encode_aac=1&amp;encrypt=1&amp;isSettings=Y&amp;keepSource=0&amp;sign=726E92932FA8EB35E4BD6B01E3F740CF512FBD86&amp;cataid=1617160372987&amp;ptime=1617235796542&amp;hlslevel=app</w:t>
        <w:br/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成功返回true，错误返回空字符串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LoggerFactory.getLogger(VodVideoCategoryTest.class);</w:t>
        <w:br/>
        <w:br/>
        <w:t>/**</w:t>
        <w:br/>
        <w:t xml:space="preserve"> * 修改分类设置</w:t>
        <w:br/>
        <w:t xml:space="preserve"> */</w:t>
        <w:br/>
        <w:t>@Test</w:t>
        <w:br/>
        <w:t>public void testUpdateVideoCategoryProfile() throws Exception, NoSuchAlgorithmException {</w:t>
        <w:br/>
        <w:t xml:space="preserve">        //公共参数,填写自己的实际参数</w:t>
        <w:br/>
        <w:t xml:space="preserve">        String secretKey = super.secretKey;</w:t>
        <w:br/>
        <w:t xml:space="preserve">        String userId = super.userId;</w:t>
        <w:br/>
        <w:t xml:space="preserve">        String ptime = String.valueOf(System.currentTimeMillis());</w:t>
        <w:br/>
        <w:t xml:space="preserve">        //业务参数</w:t>
        <w:br/>
        <w:t xml:space="preserve">        String url = "http://api.polyv.net/v2/video/" + userId + "/updateCataProfile";</w:t>
        <w:br/>
        <w:t xml:space="preserve">        String cataId = "1617160372987";</w:t>
        <w:br/>
        <w:t xml:space="preserve">        String isSettings = "Y";</w:t>
        <w:br/>
        <w:t xml:space="preserve">        String keepSource = "0";</w:t>
        <w:br/>
        <w:t xml:space="preserve">        String encrypt = "1";</w:t>
        <w:br/>
        <w:t xml:space="preserve">        String hlsLevel = "app";</w:t>
        <w:br/>
        <w:t xml:space="preserve">        String isEdu = "1";</w:t>
        <w:br/>
        <w:t xml:space="preserve">        String encodeAac = "1";</w:t>
        <w:br/>
        <w:br/>
        <w:t xml:space="preserve">        Map&lt;String, String&gt; requestMap = new HashMap&lt;&gt;();</w:t>
        <w:br/>
        <w:t xml:space="preserve">        requestMap.put("ptime", ptime);</w:t>
        <w:br/>
        <w:t xml:space="preserve">        requestMap.put("cataid", cataId);</w:t>
        <w:br/>
        <w:t xml:space="preserve">        requestMap.put("isSettings", isSettings);</w:t>
        <w:br/>
        <w:t xml:space="preserve">        requestMap.put("keepSource", keepSource);</w:t>
        <w:br/>
        <w:t xml:space="preserve">        requestMap.put("encrypt", encrypt);</w:t>
        <w:br/>
        <w:t xml:space="preserve">        requestMap.put("hlslevel", hlsLevel);</w:t>
        <w:br/>
        <w:t xml:space="preserve">        requestMap.put("isEdu", isEdu);</w:t>
        <w:br/>
        <w:t xml:space="preserve">        requestMap.put("encode_aac", encodeAac);</w:t>
        <w:br/>
        <w:t xml:space="preserve">        requestMap.put("sign", VodSignUtil.getSign(requestMap, secretKey));</w:t>
        <w:br/>
        <w:t xml:space="preserve">        String response = HttpUtil.postFormBody(url, requestMap);</w:t>
        <w:br/>
        <w:t xml:space="preserve">        log.debug("测试修改分类设置,{}", response);</w:t>
        <w:br/>
        <w:t xml:space="preserve">        //do somethings</w:t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"sign can not be empty.",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修改分类设置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