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修改分类名称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1、通过分类id，修改分类的名称</w:t>
        <w:br/>
        <w:t>2、接口URL中的{userid}为点播账号userid，具体参考菜单【使用须知】-&gt;【获取密钥】</w:t>
        <w:br/>
        <w:t>3、接口支持https协议</w:t>
        <w:br/>
        <w:t>4、每个账户预设根目录，名字为默认分类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http://api.polyv.net/v2/video/{userid}/updateCata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修改后的分类名称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http://api.polyv.net/v2/video/1b448be323/updateCata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sign=C07BB6415AFA10348DD5DDBA1D041BA6F9C5FC53&amp;cataid=1617160372987&amp;cataname=修改后的分类名&amp;ptime=1617234104656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LoggerFactory.getLogger(VodVideoCategoryTest.class);</w:t>
        <w:br/>
        <w:br/>
        <w:t>/**</w:t>
        <w:br/>
        <w:t xml:space="preserve"> * 修改分类名称</w:t>
        <w:br/>
        <w:t xml:space="preserve"> */</w:t>
        <w:br/>
        <w:t>@Test</w:t>
        <w:br/>
        <w:t>public void testUpdateVideoCategoryName()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"http://api.polyv.net/v2/video/" + userId + "/updateCata";</w:t>
        <w:br/>
        <w:t xml:space="preserve">        String cataId = "1617160372987";</w:t>
        <w:br/>
        <w:t xml:space="preserve">        String cataName = "修改后的分类名";</w:t>
        <w:br/>
        <w:br/>
        <w:t xml:space="preserve">        Map&lt;String, String&gt; requestMap = new HashMap&lt;&gt;();</w:t>
        <w:br/>
        <w:t xml:space="preserve">        requestMap.put("ptime", ptime);</w:t>
        <w:br/>
        <w:t xml:space="preserve">        requestMap.put("cataid", cataId);</w:t>
        <w:br/>
        <w:t xml:space="preserve">        requestMap.put("cataname", cataName);</w:t>
        <w:br/>
        <w:t xml:space="preserve">        requestMap.put("sign", VodSignUtil.getSign(requestMap, secretKey));</w:t>
        <w:br/>
        <w:t xml:space="preserve">        String response = HttpUtil.postFormBody(url, requestMap);</w:t>
        <w:br/>
        <w:t xml:space="preserve">        log.debug("测试修改分类名称,{}", response);</w:t>
        <w:br/>
        <w:t xml:space="preserve">        //do somethings</w:t>
        <w:br/>
        <w:t>}</w:t>
        <w:br/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修改分类名称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