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指定视频时间点截图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1、通过视频id添加单个视频指定时间点截图任务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http://api.polyv.net/v2/video/snapshot/{userid}/addTask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offsetTimes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截图时间点，每个任务最多20个，多个时间点以英文逗号分隔，如：5,10,15,20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截图的宽度，默认为原视频宽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截图的高度，默认为原视频高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截图完成后的回调地址，截图任务完成会通过post请求发送结果信息到回调地址【详见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回调说明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http://api.polyv.net/v2/video/snapshot/1b448be323/addTask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vid=1b448be32303e4922a8f70d6b48220ae_1&amp;offsetTimes=5,10,15,20&amp;width=300&amp;sign=4FEC87EC6841211C36EC51A072A6D64DF72E1AF4&amp;ptime=1617700224540&amp;height=300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任务id</w:t>
            </w:r>
          </w:p>
        </w:tc>
      </w:tr>
    </w:tbl>
    <w:p>
      <w:pPr>
        <w:spacing w:after="40"/>
      </w:pPr>
    </w:p>
    <w:p>
      <w:pPr>
        <w:pStyle w:val="Heading2"/>
      </w:pPr>
      <w:r>
        <w:t>回调说明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截图任务完成结果信息回调，可以及时通知用户截图任务的结果</w:t>
      </w:r>
    </w:p>
    <w:p>
      <w:pPr>
        <w:pStyle w:val="Heading3"/>
      </w:pPr>
      <w:r>
        <w:t>原理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通过HTTP协议，向callbackUrl（回调地址）发送POST请求，将任务结果通知到用户设置的回调地址</w:t>
      </w:r>
    </w:p>
    <w:p>
      <w:pPr>
        <w:pStyle w:val="Heading3"/>
      </w:pPr>
      <w:r>
        <w:t>举例说明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截图任务完成后，polyv会回调该接口，并带上签名信息，开发者可以通过签名信息来校验调用是否为polyv的合法调用，具体的签名规则：md5("snapshot" + vid + secretKey) 。如vid="e6b23c6f51350f106556806a576b1942_e"，secretKey="testKey"，那么sign="3adb60893894d422d00ed2efae8c41f3" (小写md5)。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最终回调的url为</w:t>
      </w:r>
      <w:r>
        <w:rPr>
          <w:rFonts w:ascii="Menlo" w:hAnsi="Menlo"/>
          <w:color w:val="444444"/>
          <w:sz w:val="20"/>
        </w:rPr>
        <w:t>http://example.polyv.net/snapshot-callback.do?sign=3adb60893894d422d00ed2efae8c41f3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任务成功回调信息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"taskId": 123,</w:t>
        <w:br/>
        <w:t xml:space="preserve">    "vid": "e6b23c6f51350f106556806a576b1942_e",</w:t>
        <w:br/>
        <w:t xml:space="preserve">    "status": "success",</w:t>
        <w:br/>
        <w:t xml:space="preserve">    "snapshots": [</w:t>
        <w:br/>
        <w:t xml:space="preserve">        {</w:t>
        <w:br/>
        <w:t xml:space="preserve">            "offsetTime": 12,</w:t>
        <w:br/>
        <w:t xml:space="preserve">            "imageUrl": "http://vod-assets.videocc.net/snapshot/e6b23c6f51/e6b23c6f519df1d317cca208edd448cb/12.jpg"</w:t>
        <w:br/>
        <w:t xml:space="preserve">        },</w:t>
        <w:br/>
        <w:t xml:space="preserve">        {</w:t>
        <w:br/>
        <w:t xml:space="preserve">            "offsetTime": 78,</w:t>
        <w:br/>
        <w:t xml:space="preserve">            "imageUrl": "http://vod-assets.videocc.net/snapshot/e6b23c6f51/e6b23c6f519df1d317cca208edd448cb/78.jpg"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任务失败回调信息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"taskId": 123,</w:t>
        <w:br/>
        <w:t xml:space="preserve">    "vid": "e6b23c6f51350f106556806a576b1942_e",</w:t>
        <w:br/>
        <w:t xml:space="preserve">    "status": "fail",</w:t>
        <w:br/>
        <w:t xml:space="preserve">    "snapshots": []</w:t>
        <w:br/>
        <w:t>}</w:t>
      </w:r>
    </w:p>
    <w:p>
      <w:pPr>
        <w:pStyle w:val="Heading3"/>
      </w:pPr>
      <w:r>
        <w:t>回调字段说明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任务状态，成功为success，失败为fail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snapshots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任务成功为截图信息数组，失败为空数组【详见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snapshots参数描述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snapshots参数描述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截图时间点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截图的url地址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LoggerFactory.getLogger(VodSnapshotTest.class);</w:t>
        <w:br/>
        <w:t>/**</w:t>
        <w:br/>
        <w:t xml:space="preserve"> * 指定视频时间点截图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testAddSnapshotTask()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String.format("http://api.polyv.net/v2/video/snapshot/%s/addTask", userId);</w:t>
        <w:br/>
        <w:t xml:space="preserve">    String vid = "1b448be32303e4922a8f70d6b48220ae_1";</w:t>
        <w:br/>
        <w:t xml:space="preserve">    String offsetTimes = "5,10,15,20";</w:t>
        <w:br/>
        <w:t xml:space="preserve">    String width = "300";</w:t>
        <w:br/>
        <w:t xml:space="preserve">    String height = "300";</w:t>
        <w:br/>
        <w:t xml:space="preserve">    String callbackUrl = "http://example.polyv.net/snapshot-callback.do";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 vid);</w:t>
        <w:br/>
        <w:t xml:space="preserve">    requestMap.put("offsetTimes", offsetTimes);</w:t>
        <w:br/>
        <w:t xml:space="preserve">    requestMap.put("width", width);</w:t>
        <w:br/>
        <w:t xml:space="preserve">    requestMap.put("height", height);</w:t>
        <w:br/>
        <w:t xml:space="preserve">    requestMap.put("callbackUrl", callbackUrl);</w:t>
        <w:br/>
        <w:t xml:space="preserve">    requestMap.put("sign", VodSignUtil.getSign(requestMap, secretKey));</w:t>
        <w:br/>
        <w:t xml:space="preserve">    String response = HttpUtil.postFormBody(url, requestMap);</w:t>
        <w:br/>
        <w:t xml:space="preserve">    log.debug("测试指定视频时间点截图,{}",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2036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"the sign is not right",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指定视频时间点截图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