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查询截图任务状态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1、通过任务id获取截图任务的状态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http://api.polyv.net/v2/video/snapshot/{userid}/getTaskStatus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在视频指定时间点截图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http://api.polyv.net/v2/video/snapshot/1b448be323/getTaskStatus?sign=67B7C378A673CE9742A45FD362DB2F68A173E39C&amp;ptime=1617702097746&amp;taskId=2036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截图任务详细状态【详见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任务状态waiting：等待截图processing：截图处理中success：任务成功fail：任务失败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beginProcessTime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开始截图的时间，13位毫秒级时间戳，任务未开始为0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finishProcessTime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完成截图的时间，13位毫秒级时间戳，任务未完成为0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截图信息数组，任务失败或未开始时为空数组【详见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snapshots参数描述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截图时间点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截图的url地址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invalid.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 not found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任务不存在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LoggerFactory.getLogger(VodSnapshotTest.class);</w:t>
        <w:br/>
        <w:t>/**</w:t>
        <w:br/>
        <w:t xml:space="preserve"> * 获取截图任务状态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testGetSnapshotTask()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String.format("http://api.polyv.net/v2/video/snapshot/%s/getTaskStatus", userId);</w:t>
        <w:br/>
        <w:t xml:space="preserve">    String taskId = "2036";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requestMap.put("taskId", taskId);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log.debug("测试获取截图任务状态,{}",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"taskId": 2036,</w:t>
        <w:br/>
        <w:t xml:space="preserve">        "userId": "1b448be323",</w:t>
        <w:br/>
        <w:t xml:space="preserve">        "vid": "1b448be32303e4922a8f70d6b48220ae_1",</w:t>
        <w:br/>
        <w:t xml:space="preserve">        "status": "success",</w:t>
        <w:br/>
        <w:t xml:space="preserve">        "createTime": 1617700207000,</w:t>
        <w:br/>
        <w:t xml:space="preserve">        "beginProcessTime": 1617700208000,</w:t>
        <w:br/>
        <w:t xml:space="preserve">        "finishProcessTime": 1617700260000,</w:t>
        <w:br/>
        <w:t xml:space="preserve">        "snapshots": [</w:t>
        <w:br/>
        <w:t xml:space="preserve">            {</w:t>
        <w:br/>
        <w:t xml:space="preserve">                "offsetTime": 5,</w:t>
        <w:br/>
        <w:t xml:space="preserve">                "imageUrl": "http://vod-assets.videocc.net/snapshot/1b448be323/1b448be32303e4922a8f70d6b48220ae/5.jpg"</w:t>
        <w:br/>
        <w:t xml:space="preserve">            },</w:t>
        <w:br/>
        <w:t xml:space="preserve">            {</w:t>
        <w:br/>
        <w:t xml:space="preserve">                "offsetTime": 10,</w:t>
        <w:br/>
        <w:t xml:space="preserve">                "imageUrl": "http://vod-assets.videocc.net/snapshot/1b448be323/1b448be32303e4922a8f70d6b48220ae/10.jpg"</w:t>
        <w:br/>
        <w:t xml:space="preserve">            },</w:t>
        <w:br/>
        <w:t xml:space="preserve">            {</w:t>
        <w:br/>
        <w:t xml:space="preserve">                "offsetTime": 15,</w:t>
        <w:br/>
        <w:t xml:space="preserve">                "imageUrl": "http://vod-assets.videocc.net/snapshot/1b448be323/1b448be32303e4922a8f70d6b48220ae/15.jpg"</w:t>
        <w:br/>
        <w:t xml:space="preserve">            },</w:t>
        <w:br/>
        <w:t xml:space="preserve">            {</w:t>
        <w:br/>
        <w:t xml:space="preserve">                "offsetTime": 20,</w:t>
        <w:br/>
        <w:t xml:space="preserve">                "imageUrl": "http://vod-assets.videocc.net/snapshot/1b448be323/1b448be32303e4922a8f70d6b48220ae/20.jpg"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任务不存在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"task not found",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查询截图任务状态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