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裁剪视频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1、通过视频id裁剪视频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http://api.polyv.net/v2/video/{userid}/clip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裁剪后的视频名称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timeFrame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特定时间段【详见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timeFrame字段说明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】，格式为json数组对象，例：</w:t>
            </w:r>
            <w:r>
              <w:rPr>
                <w:rFonts w:ascii="Menlo" w:hAnsi="Menlo"/>
                <w:color w:val="444444"/>
                <w:sz w:val="17"/>
              </w:rPr>
              <w:t>[{"start":1,"end":6},{"start":10,"end":16}]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时间段数量不能超过5个，每个片段开始时间不能大于结束时间，开始与结束时间间隔大于或等于5秒，结束时间不能超过视频的播放时长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timeFrame参数描述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结束时间，单位秒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http://api.polyv.net/v2/video/1b448be323/clip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vid=1b448be323631e6e80e12e0790609f68_1&amp;sign=004B30AE72BF5E96624A6FF81370FCCE64F379B1&amp;title=美食&amp;ptime=1617765720251&amp;timeFrame=[{"start":1,"end":6},{"start":10,"end":16}]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响应成功时返回新的视频id，失败时返回空字符串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is blank.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timeFrame is blank.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doesn't exist.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timeFrames.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timeframe的json格式有问题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timeFrames's size exceed 5.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timeFrame时间段超过5段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timeFrames.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timeFrame的结束时间小于开始时间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416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timeFrames.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timeFrame时间段长度小于5秒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417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timeFrames.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timeFrame的结束时间超过视频的时长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418/419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inital clip task filed.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初始化任务失败，需要查看后台日志原因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save clip task 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后台程序抛异常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LoggerFactory.getLogger(VodClipTest.class);</w:t>
        <w:br/>
        <w:t>/**</w:t>
        <w:br/>
        <w:t xml:space="preserve"> * 裁剪视频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testUploadWatermark()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"http://api.polyv.net/v2/video/"+userId+"/clip";</w:t>
        <w:br/>
        <w:t xml:space="preserve">    String vid = "1b448be323631e6e80e12e0790609f68_1";</w:t>
        <w:br/>
        <w:t xml:space="preserve">    String title="美食";</w:t>
        <w:br/>
        <w:t xml:space="preserve">    String timeFrame = "[{\"start\":1,\"end\":6},{\"start\":10,\"end\":16}]";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requestMap.put("title", title);</w:t>
        <w:br/>
        <w:t xml:space="preserve">    requestMap.put("timeFrame", timeFrame);</w:t>
        <w:br/>
        <w:t xml:space="preserve">    requestMap.put("sign", VodSignUtil.getSign(requestMap, secretKey));</w:t>
        <w:br/>
        <w:t xml:space="preserve">    String response = HttpUtil.postFormBody(url,requestMap);</w:t>
        <w:br/>
        <w:t xml:space="preserve">    log.debug("测试裁剪视频,{}",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"message":"success",</w:t>
        <w:br/>
        <w:t xml:space="preserve">    "data":"1b448be323615635294a548b3c8a9953"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code: 400,</w:t>
        <w:br/>
        <w:t xml:space="preserve">    status: "error",</w:t>
        <w:br/>
        <w:t xml:space="preserve">    message: "ptime is too old.",</w:t>
        <w:br/>
        <w:t xml:space="preserve">    data: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裁剪视频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