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创建广告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1、通过分类id为分类下的所有视频创建广告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http://api.polyv.net/v2/advertising/{userid}/create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广告开始日期，格式为：yyyy-MM-dd，例如：2021-04-07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广告结束日期，格式为：yyyy-MM-dd，例如：2021-04-10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广告素材片头、片尾广告支持：JPEG，GIF，PNG，FLV，MP4暂停广告支持：SWF，PNG，JPEG，GIF弹窗广告支持：PNG，JPEG，GIF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广告时长，除请求参数location为暂停广告外，其他广告类型都为必填参数，单位秒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分类id，多个分类id，以英文逗号分隔，默认值为1，1是默认分类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广告类型，默认为片头1：片头2：暂停3：片尾4：弹窗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广告弹窗位置，当请求参数location为弹窗时必填1：右下角2：右上角3：左下角4：左上角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弹窗出现的时间，单位秒，当请求参数location为弹窗时必填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广告状态，默认为已上线10：已上线1：待上线0：已下线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广告开始时间，格式为：HH:mm:ss，默认为：00:00:00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广告结束时间，格式为：HH:mm:ss，默认为：23:59:59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是否开启跳过广告，仅当请求参数location为片头广告有效，默认值为NY：开启N：关闭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多少秒后允许跳过，当请求参数skipAd为Y时，该字段为必填参数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skipButtonLabel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跳过按钮标签描述，默认为跳过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http://api.polyv.net/v2/advertising/1b448be323/create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ote=测试广告的描述内容&amp;endDate=2021-4-8&amp;popLocation=1&amp;sign=AD41245052F42EF9D1FE41FA413948AFB60EAFCF&amp;title=接口测试接口广告&amp;skipAd=Y&amp;upTime=09:45:00&amp;cataids=1615286323771&amp;popUpTime=2&amp;skipButtonLabel=跳过&amp;size=4&amp;location=1&amp;offTime=09:50:00&amp;skipOffset=3&amp;ptime=1617759804786&amp;startDate=2021-4-7&amp;status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响应成功时返回广告id，响应失败时返回空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响应代码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 is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没上传文件或为空文件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file type.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非法的文件类型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 file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上传文件失败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 or endDate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日期格式不正确或开始日期大于结束日期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 or offTime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时间格式不正确或开始时间大于结束时间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status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广告状态不能为空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广告标题不能为空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 length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分类数量不正确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exist the same cataid.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存在相同的cataid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 type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cataid类型错误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 not exist.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 conflict.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不能同时存在父分类和子分类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location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addrurl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 location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弹窗位置错误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 up time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弹窗出现时间错误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skipOffset.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开启了跳过广告，但skipOffset参数不正确(不得小于0或大于广告时长)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 type not supported to skipAd.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广告类型不支持开启跳过广告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save fail.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服务器异常导致失败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LoggerFactory.getLogger(VodVideoAdvertising.class);</w:t>
        <w:br/>
        <w:t>/**</w:t>
        <w:br/>
        <w:t xml:space="preserve"> *  创建广告</w:t>
        <w:br/>
        <w:t xml:space="preserve"> */</w:t>
        <w:br/>
        <w:t>@Test</w:t>
        <w:br/>
        <w:t>public void testAddAdvertising()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String.format("http://api.polyv.net/v2/advertising/%s/create", userid);</w:t>
        <w:br/>
        <w:t xml:space="preserve">    String startDate = "2021-4-7";</w:t>
        <w:br/>
        <w:t xml:space="preserve">    String endDate = "2021-4-8";</w:t>
        <w:br/>
        <w:t xml:space="preserve">    String title = "接口测试接口广告";</w:t>
        <w:br/>
        <w:t xml:space="preserve">    String advertisingPath =  getClass().getResource("/file/").getPath() + "advertisement.jpeg";</w:t>
        <w:br/>
        <w:t xml:space="preserve">    File file = new File(advertisingPath);</w:t>
        <w:br/>
        <w:t xml:space="preserve">    String size = "4";</w:t>
        <w:br/>
        <w:t xml:space="preserve">    String cataids = "1615286323771";</w:t>
        <w:br/>
        <w:t xml:space="preserve">    String location = "1";</w:t>
        <w:br/>
        <w:t xml:space="preserve">    String popLocation = "1";</w:t>
        <w:br/>
        <w:t xml:space="preserve">    String popUpTime = "2";</w:t>
        <w:br/>
        <w:t xml:space="preserve">    String status = "10";</w:t>
        <w:br/>
        <w:t xml:space="preserve">    String upTime = "09:45:00";</w:t>
        <w:br/>
        <w:t xml:space="preserve">    String offTime = "09:50:00";</w:t>
        <w:br/>
        <w:t xml:space="preserve">    String note = "测试广告的描述内容";</w:t>
        <w:br/>
        <w:t xml:space="preserve">    String skipAd = "Y";</w:t>
        <w:br/>
        <w:t xml:space="preserve">    String skipOffset = "3";</w:t>
        <w:br/>
        <w:t xml:space="preserve">    String skipButtonLabel = "跳过";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requestMap.put("startDate", startDate);</w:t>
        <w:br/>
        <w:t xml:space="preserve">    requestMap.put("endDate", endDate);</w:t>
        <w:br/>
        <w:t xml:space="preserve">    requestMap.put("title", title);</w:t>
        <w:br/>
        <w:t xml:space="preserve">    Map&lt;String,File&gt; fileMap = new HashMap&lt;&gt;();</w:t>
        <w:br/>
        <w:t xml:space="preserve">    fileMap.put("file",file);</w:t>
        <w:br/>
        <w:t xml:space="preserve">    requestMap.put("size", size);</w:t>
        <w:br/>
        <w:t xml:space="preserve">    requestMap.put("cataids", cataids);</w:t>
        <w:br/>
        <w:t xml:space="preserve">    requestMap.put("location", location);</w:t>
        <w:br/>
        <w:t xml:space="preserve">    requestMap.put("popLocation", popLocation);</w:t>
        <w:br/>
        <w:t xml:space="preserve">    requestMap.put("popUpTime", popUpTime);</w:t>
        <w:br/>
        <w:t xml:space="preserve">    requestMap.put("status", status);</w:t>
        <w:br/>
        <w:t xml:space="preserve">    requestMap.put("upTime", upTime);</w:t>
        <w:br/>
        <w:t xml:space="preserve">    requestMap.put("offTime", offTime);</w:t>
        <w:br/>
        <w:t xml:space="preserve">    requestMap.put("note", note);</w:t>
        <w:br/>
        <w:t xml:space="preserve">    requestMap.put("skipAd", skipAd);</w:t>
        <w:br/>
        <w:t xml:space="preserve">    requestMap.put("skipOffset", skipOffset);</w:t>
        <w:br/>
        <w:t xml:space="preserve">    requestMap.put("skipButtonLabel", skipButtonLabel);</w:t>
        <w:br/>
        <w:t xml:space="preserve">    requestMap.put("sign", VodSignUtil.getSign(requestMap, secretKey));</w:t>
        <w:br/>
        <w:br/>
        <w:t xml:space="preserve">    String response = HttpUtil.postFile(url, requestMap,fileMap,Constant.UTF8);</w:t>
        <w:br/>
        <w:t xml:space="preserve">    log.debug("测试创建广告,{}",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"f48271dff47e4ab2a414"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