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tips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&lt;div id="player"&gt;&lt;/div&gt;</w:t>
        <w:br/>
        <w:br/>
        <w:t>&lt;script&gt;</w:t>
        <w:br/>
        <w:t xml:space="preserve">  new Vue({</w:t>
        <w:br/>
        <w:t xml:space="preserve">    el: '#player',</w:t>
        <w:br/>
        <w:t xml:space="preserve">    data() {</w:t>
        <w:br/>
        <w:t xml:space="preserve">    return {</w:t>
        <w:br/>
        <w:t xml:space="preserve">      vodPlayerJs: 'https://player.polyv.net/script/player.js',</w:t>
        <w:br/>
        <w:t xml:space="preserve">      vid:'88083abbf5b42072ec029201d9fee095_8',</w:t>
        <w:br/>
        <w:t xml:space="preserve">    };</w:t>
        <w:br/>
        <w:t xml:space="preserve">  },</w:t>
        <w:br/>
        <w:t xml:space="preserve">  mounted(){</w:t>
        <w:br/>
        <w:t xml:space="preserve">      this.loadPlayerScript(this.loadPlayer);</w:t>
        <w:br/>
        <w:t xml:space="preserve">  },</w:t>
        <w:br/>
        <w:t xml:space="preserve">  methods: {</w:t>
        <w:br/>
        <w:t xml:space="preserve">    loadPlayerScript(callback) {</w:t>
        <w:br/>
        <w:t xml:space="preserve">      if (!window.polyvPlayer) {</w:t>
        <w:br/>
        <w:t xml:space="preserve">        const myScript = document.createElement('script');</w:t>
        <w:br/>
        <w:t xml:space="preserve">        myScript.setAttribute('src', this.vodPlayerJs);</w:t>
        <w:br/>
        <w:t xml:space="preserve">        myScript.onload = callback;</w:t>
        <w:br/>
        <w:t xml:space="preserve">        document.body.appendChild(myScript);</w:t>
        <w:br/>
        <w:t xml:space="preserve">      } else {</w:t>
        <w:br/>
        <w:t xml:space="preserve">        callback();</w:t>
        <w:br/>
        <w:t xml:space="preserve">      }</w:t>
        <w:br/>
        <w:t xml:space="preserve">    },</w:t>
        <w:br/>
        <w:t xml:space="preserve">    loadPlayer() {</w:t>
        <w:br/>
        <w:t xml:space="preserve">      const polyvPlayer = window.polyvPlayer;</w:t>
        <w:br/>
        <w:t xml:space="preserve">      this.player = polyvPlayer({</w:t>
        <w:br/>
        <w:t xml:space="preserve">        wrap: '#player',</w:t>
        <w:br/>
        <w:t xml:space="preserve">        vid: this.vid ,</w:t>
        <w:br/>
        <w:t xml:space="preserve">        autoplay:false</w:t>
        <w:br/>
        <w:t xml:space="preserve">      });</w:t>
        <w:br/>
        <w:t xml:space="preserve">    }</w:t>
        <w:br/>
        <w:t xml:space="preserve">  },</w:t>
        <w:br/>
        <w:t xml:space="preserve">  destroyed() {</w:t>
        <w:br/>
        <w:t xml:space="preserve">    if (this.player) {</w:t>
        <w:br/>
        <w:t xml:space="preserve">        this.player.destroy();</w:t>
        <w:br/>
        <w:t xml:space="preserve">    }</w:t>
        <w:br/>
        <w:t xml:space="preserve">  }</w:t>
        <w:br/>
        <w:t xml:space="preserve">  })</w:t>
        <w:br/>
        <w:t>&lt;/script&gt;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