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搜索视频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1、通过子账号id，搜索视频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http://api.polyv.net/v3/video/list-video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保利威点播子账户appId，获取路径：保利威点播后台-&gt;设置-&gt;账号管理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按标题搜索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上传者，例如：主账号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status字段说明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containSubCate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是否包含子分类Y：包含N：不包含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按创建时间范围查询，起始时间戳，13位时间戳例如：1617866563834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结束时间戳，13位时间戳，例如：1617866563834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页面大小，默认为10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排序方式creationTimeDesc：降序creationTimeAsc：升序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3"/>
      </w:pPr>
      <w:r>
        <w:t>status字段说明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视频状态码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60/61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已发布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正在编码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等待审核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审核不通过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已删除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list-video?sign=13C80EAA5C93D1A62D197AFAF535D63F&amp;pageSize=10&amp;sort=creationTimeDesc&amp;title=hello&amp;uploader=%E4%B8%BB%E8%B4%A6%E5%8F%B7&amp;appId=a0Wmol5EwX&amp;containSubCate=Y&amp;cataId=1617173363572&amp;startTime=&amp;endTime=&amp;page=1&amp;timestamp=1617937287873&amp;status=60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本次请求的业务流水号，便于客户端/服务器端排查问题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响应失败时返回错误的详细信息【详见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】，响应成功时返回空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响应成功时返回搜索结果【详见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搜索视频的结果列表【详见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视频的详细信息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basicInfo字段说明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分类id；其中1为根目录，即"默认分类"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br/>
        <w:t>/**</w:t>
        <w:br/>
        <w:t xml:space="preserve"> * 搜索视频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testSearchSubVideo() throws 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"http://api.polyv.net/v3/video/list-video";</w:t>
        <w:br/>
        <w:t xml:space="preserve">        String cataId = "1617173363572";</w:t>
        <w:br/>
        <w:t xml:space="preserve">        String title = "hello";</w:t>
        <w:br/>
        <w:t xml:space="preserve">        String uploader = "主账号";</w:t>
        <w:br/>
        <w:t xml:space="preserve">        String status = "60";</w:t>
        <w:br/>
        <w:t xml:space="preserve">        String containSubCate = "Y";</w:t>
        <w:br/>
        <w:t xml:space="preserve">        String startTime = "";</w:t>
        <w:br/>
        <w:t xml:space="preserve">        String endTime = "";</w:t>
        <w:br/>
        <w:t xml:space="preserve">        String page = "1";</w:t>
        <w:br/>
        <w:t xml:space="preserve">        String pageSize = "10";</w:t>
        <w:br/>
        <w:t xml:space="preserve">        String sort = "creationTimeDesc";</w:t>
        <w:br/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requestMap.put("cataId", cataId);</w:t>
        <w:br/>
        <w:t xml:space="preserve">        requestMap.put("title", title);</w:t>
        <w:br/>
        <w:t xml:space="preserve">        requestMap.put("uploader", uploader);</w:t>
        <w:br/>
        <w:t xml:space="preserve">        requestMap.put("status", status);</w:t>
        <w:br/>
        <w:t xml:space="preserve">        requestMap.put("containSubCate", containSubCate);</w:t>
        <w:br/>
        <w:t xml:space="preserve">        requestMap.put("startTime", startTime);</w:t>
        <w:br/>
        <w:t xml:space="preserve">        requestMap.put("endTime", endTime);</w:t>
        <w:br/>
        <w:t xml:space="preserve">        requestMap.put("page", page);</w:t>
        <w:br/>
        <w:t xml:space="preserve">        requestMap.put("pageSize", pageSize);</w:t>
        <w:br/>
        <w:t xml:space="preserve">        requestMap.put("sort", sort);</w:t>
        <w:br/>
        <w:br/>
        <w:t xml:space="preserve">        //用md5进行签名，使用子账号的secretKey签名</w:t>
        <w:br/>
        <w:t xml:space="preserve">        requestMap.put("sign", VodSignUtil.getSignMd5(requestMap, appSecret));</w:t>
        <w:br/>
        <w:t xml:space="preserve">        String response = HttpUtil.get(url, requestMap);</w:t>
        <w:br/>
        <w:t xml:space="preserve">        log.debug("测试搜索视频,{}", response);</w:t>
        <w:br/>
        <w:t xml:space="preserve">    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"requestId": "c271194e-c7b7-43e7-a81e-c2edb7d9c2d2",</w:t>
        <w:br/>
        <w:t xml:space="preserve">  "code": 200,</w:t>
        <w:br/>
        <w:t xml:space="preserve">  "status": "success",</w:t>
        <w:br/>
        <w:t xml:space="preserve">  "error": null,</w:t>
        <w:br/>
        <w:t xml:space="preserve">  "data": {</w:t>
        <w:br/>
        <w:t xml:space="preserve">    "pageNumber": 1,</w:t>
        <w:br/>
        <w:t xml:space="preserve">    "totalPages": 1,</w:t>
        <w:br/>
        <w:t xml:space="preserve">    "pageSize": 10,</w:t>
        <w:br/>
        <w:t xml:space="preserve">    "contents": [</w:t>
        <w:br/>
        <w:t xml:space="preserve">      {</w:t>
        <w:br/>
        <w:t xml:space="preserve">        "vid": "1b448be323a6a1a6c0c237856f555e88_1",</w:t>
        <w:br/>
        <w:t xml:space="preserve">        "basicInfo": {</w:t>
        <w:br/>
        <w:t xml:space="preserve">          "title": "hello,word",</w:t>
        <w:br/>
        <w:t xml:space="preserve">          "description": "",</w:t>
        <w:br/>
        <w:t xml:space="preserve">          "duration": 24,</w:t>
        <w:br/>
        <w:t xml:space="preserve">          "coverURL": "https://img.videocc.net/uimage/1/http://img.videocc.net/uimage/1/1b448be323/first_image/7b56e5d7-8aae-4e65-8d43-cd550ccff409_b.png",</w:t>
        <w:br/>
        <w:t xml:space="preserve">          "creationTime": "2021-04-01 10:52:07",</w:t>
        <w:br/>
        <w:t xml:space="preserve">          "updateTime": "2021-04-02 09:31:00",</w:t>
        <w:br/>
        <w:t xml:space="preserve">          "size": 7156046,</w:t>
        <w:br/>
        <w:t xml:space="preserve">          "status": 61,</w:t>
        <w:br/>
        <w:t xml:space="preserve">          "cateId": 1615536384688,</w:t>
        <w:br/>
        <w:t xml:space="preserve">          "cateName": "Junit测试(勿删)_3",</w:t>
        <w:br/>
        <w:t xml:space="preserve">          "tags": "test",</w:t>
        <w:br/>
        <w:t xml:space="preserve">          "uploader": "主账号"</w:t>
        <w:br/>
        <w:t xml:space="preserve">        }</w:t>
        <w:br/>
        <w:t xml:space="preserve">      }</w:t>
        <w:br/>
        <w:t xml:space="preserve">    ],</w:t>
        <w:br/>
        <w:t xml:space="preserve">    "totalItems": 1</w:t>
        <w:br/>
        <w:t xml:space="preserve">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"0fefcb4a-1949-4145-a350-3ec941e7daff",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1112,</w:t>
        <w:br/>
        <w:t xml:space="preserve">        "desc": "param is not number: status"</w:t>
        <w:br/>
        <w:t xml:space="preserve">    },</w:t>
        <w:br/>
        <w:t xml:space="preserve">    "data": null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搜索视频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