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修改分类名称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1、通过子账号修改视频分类名称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http://api.polyv.net/v3/category/update-info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查询分类列表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http://api.polyv.net/v3/category/update-info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cateId=1617850556356&amp;appId=xxxxxx&amp;sign=7563248035D220957B1DE087815D25D3&amp;cateName=%E6%B5%8B%E8%AF%95%E4%BF%AE%E6%94%B9%E5%88%86%E7%B1%BB%E5%90%8D%E7%A7%B0&amp;timestamp=1617933156904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响应成功返回null，响应失败返回错误描述信息【详见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每次请求的业务流水号，必须唯一，便于客户端/服务器端排查问题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响应成功或失败都返回null</w:t>
            </w:r>
          </w:p>
        </w:tc>
      </w:tr>
    </w:tbl>
    <w:p>
      <w:pPr>
        <w:spacing w:after="40"/>
      </w:pPr>
    </w:p>
    <w:p>
      <w:pPr>
        <w:pStyle w:val="Heading3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t>/**</w:t>
        <w:br/>
        <w:t xml:space="preserve"> * 修改分类名称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testSubModifyCategoryName() throws 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"http://api.polyv.net/v3/category/update-info";</w:t>
        <w:br/>
        <w:t xml:space="preserve">    String cateId = "1617850556356";</w:t>
        <w:br/>
        <w:t xml:space="preserve">    String cateName = "测试修改分类名称";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requestMap.put("cateId", cateId);</w:t>
        <w:br/>
        <w:t xml:space="preserve">    requestMap.put("cateName", cateName);</w:t>
        <w:br/>
        <w:t xml:space="preserve">    requestMap.put("sign", VodSignUtil.getSignMd5(requestMap, appSecret));</w:t>
        <w:br/>
        <w:br/>
        <w:t xml:space="preserve">    String response = HttpUtil.postFormBody(url, requestMap);</w:t>
        <w:br/>
        <w:t xml:space="preserve">    log.debug("测试修改分类名称,{}",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"requestId": "cef74869-726b-4e8c-a380-c7c3da86e8f7",</w:t>
        <w:br/>
        <w:t xml:space="preserve">  "code": 200,</w:t>
        <w:br/>
        <w:t xml:space="preserve">  "status": "success",</w:t>
        <w:br/>
        <w:t xml:space="preserve">  "error": null,</w:t>
        <w:br/>
        <w:t xml:space="preserve">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100,</w:t>
        <w:br/>
        <w:t xml:space="preserve">        "desc": "invalid timestamp"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101,</w:t>
        <w:br/>
        <w:t xml:space="preserve">        "desc": "application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102,</w:t>
        <w:br/>
        <w:t xml:space="preserve">        "desc": "user children not exist"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子账号过期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103,</w:t>
        <w:br/>
        <w:t xml:space="preserve">        "desc": "user children expired"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账号权限不足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105,</w:t>
        <w:br/>
        <w:t xml:space="preserve">        "desc": "permission limited"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无法操作此分类，权限不足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106,</w:t>
        <w:br/>
        <w:t xml:space="preserve">        "desc": "category limited"</w:t>
        <w:br/>
        <w:t xml:space="preserve">    },</w:t>
        <w:br/>
        <w:t xml:space="preserve">    "data": 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分类id不存在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"5ede3d23-45f0-4661-99be-e95d07daf049",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3001,</w:t>
        <w:br/>
        <w:t xml:space="preserve">        "desc": "category not exist"</w:t>
        <w:br/>
        <w:t xml:space="preserve">    },</w:t>
        <w:br/>
        <w:t xml:space="preserve">    "data": null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修改分类名称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