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1、通过子账号id和视频id，查询视频的详细信息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http://api.polyv.net/v3/video/get-video-info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视频id，多个视频id用英文逗号分隔，例如："1b448be32370f4822ac40fd926112a66_1,1b448be323d66f3dae8db5af9f1fdce6_1"；获取路径：保利威点播后台-&gt;视频列表；也可以获取自【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选择需要返回的视频信息，多个以英文逗号分隔，默认为基础信息basicInfo：基础信息metaData：元数据transcodeInfo：转码信息snapshotInfo：截图信息例如："basicInfo,metaData,transcodeInfo,snapshotInfo"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http://api.polyv.net/v3/video/get-video-info?filter=basicInfo%2CmetaData%2CtranscodeInfo%2CsnapshotInfo&amp;vids=1b448be32370f4822ac40fd926112a66_1%2C1b448be323d66f3dae8db5af9f1fdce6_1&amp;appId=a0Wmol5EwX&amp;sign=A840DFCB355E7B3D23AC85EAD6089B18&amp;timestamp=1617939194034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本次请求的业务流水号，便于客户端/服务器端排查问题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响应失败时返回错误的详细信息【详见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】，响应成功时返回空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视频的基础信息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视频的元数据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metaData字段说明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视频的转码信息列表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transcodeInfos字段说明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视频的截图信息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snapshotInfo字段说明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basicInfo字段说明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miniCoverURL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首图地址，小图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largeCoverURL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首图地址，大图，同coverURL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status字段说明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分类id；其中1为根目录，即"默认分类"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3"/>
      </w:pPr>
      <w:r>
        <w:t>metaData字段说明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视频容器类型，如mp4、flv等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视频码率，单位：bps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编码格式，例如：h264、h265等</w:t>
            </w:r>
          </w:p>
        </w:tc>
      </w:tr>
    </w:tbl>
    <w:p>
      <w:pPr>
        <w:spacing w:after="40"/>
      </w:pPr>
    </w:p>
    <w:p>
      <w:pPr>
        <w:pStyle w:val="Heading3"/>
      </w:pPr>
      <w:r>
        <w:t>transcodeInfos字段说明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清晰度SOURCE：原清晰度LD：普清SD：标清HD：高清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码率kbps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是否加密1：加密视频0：非加密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转码格式，如mp4、flv、pdx、hls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视频状态normal：可以正常播放unavailable：不能正常播放</w:t>
            </w:r>
          </w:p>
        </w:tc>
      </w:tr>
    </w:tbl>
    <w:p>
      <w:pPr>
        <w:spacing w:after="40"/>
      </w:pPr>
    </w:p>
    <w:p>
      <w:pPr>
        <w:pStyle w:val="Heading3"/>
      </w:pPr>
      <w:r>
        <w:t>snapshotInfo字段说明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截图url数组</w:t>
            </w:r>
          </w:p>
        </w:tc>
      </w:tr>
    </w:tbl>
    <w:p>
      <w:pPr>
        <w:spacing w:after="40"/>
      </w:pPr>
    </w:p>
    <w:p>
      <w:pPr>
        <w:pStyle w:val="Heading3"/>
      </w:pPr>
      <w:r>
        <w:t>status字段说明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视频状态码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60/61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已发布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正在编码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等待审核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已删除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br/>
        <w:t>/**</w:t>
        <w:br/>
        <w:t xml:space="preserve"> * 查询视频信息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testGetSubVideoInfo() throws 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"http://api.polyv.net/v3/video/get-video-info";</w:t>
        <w:br/>
        <w:t xml:space="preserve">        String vids = "1b448be32370f4822ac40fd926112a66_1,1b448be323d66f3dae8db5af9f1fdce6_1";</w:t>
        <w:br/>
        <w:t xml:space="preserve">        String filter = "basicInfo,metaData,transcodeInfo,snapshotInfo";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requestMap.put("vids", vids);</w:t>
        <w:br/>
        <w:t xml:space="preserve">        requestMap.put("filter", filter);</w:t>
        <w:br/>
        <w:br/>
        <w:t xml:space="preserve">        //用md5进行签名，使用子账号的secretKey签名</w:t>
        <w:br/>
        <w:t xml:space="preserve">        requestMap.put("sign", VodSignUtil.getSignMd5(requestMap, appSecret));</w:t>
        <w:br/>
        <w:t xml:space="preserve">        String response = HttpUtil.get(url, requestMap);</w:t>
        <w:br/>
        <w:t xml:space="preserve">        log.debug("测试查询视频信息,{}", response);</w:t>
        <w:br/>
        <w:t xml:space="preserve">    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"requestId": "2a8a4861-5ab3-40b3-8855-1f9007347580",</w:t>
        <w:br/>
        <w:t xml:space="preserve">  "code": 200,</w:t>
        <w:br/>
        <w:t xml:space="preserve">  "status": "success",</w:t>
        <w:br/>
        <w:t xml:space="preserve">  "error": null,</w:t>
        <w:br/>
        <w:t xml:space="preserve">  "data": [</w:t>
        <w:br/>
        <w:t xml:space="preserve">    {</w:t>
        <w:br/>
        <w:t xml:space="preserve">      "vid": "1b448be32370f4822ac40fd926112a66_1",</w:t>
        <w:br/>
        <w:t xml:space="preserve">      "basicInfo": {</w:t>
        <w:br/>
        <w:t xml:space="preserve">        "title": "b",</w:t>
        <w:br/>
        <w:t xml:space="preserve">        "description": "",</w:t>
        <w:br/>
        <w:t xml:space="preserve">        "duration": 45,</w:t>
        <w:br/>
        <w:t xml:space="preserve">        "coverURL": "https://img.videocc.net/uimage/1/http://img.videocc.net/uimage/1/1b448be323/6/1b448be32370f4822ac40fd926112a66_1_b.jpg",</w:t>
        <w:br/>
        <w:t xml:space="preserve">        "creationTime": "2021-04-08 10:16:07",</w:t>
        <w:br/>
        <w:t xml:space="preserve">        "updateTime": "2021-04-08 14:03:21",</w:t>
        <w:br/>
        <w:t xml:space="preserve">        "size": 46573287,</w:t>
        <w:br/>
        <w:t xml:space="preserve">        "status": 61,</w:t>
        <w:br/>
        <w:t xml:space="preserve">        "cateId": 1617173363572,</w:t>
        <w:br/>
        <w:t xml:space="preserve">        "cateName": "分类名称2222",</w:t>
        <w:br/>
        <w:t xml:space="preserve">        "tags": "",</w:t>
        <w:br/>
        <w:t xml:space="preserve">        "uploader": "主账号"</w:t>
        <w:br/>
        <w:t xml:space="preserve">      },</w:t>
        <w:br/>
        <w:t xml:space="preserve">      "metaData": {</w:t>
        <w:br/>
        <w:t xml:space="preserve">        "size": 46573287,</w:t>
        <w:br/>
        <w:t xml:space="preserve">        "format": "mp4",</w:t>
        <w:br/>
        <w:t xml:space="preserve">        "duration": 45,</w:t>
        <w:br/>
        <w:t xml:space="preserve">        "bitrate": 7871,</w:t>
        <w:br/>
        <w:t xml:space="preserve">        "fps": 25,</w:t>
        <w:br/>
        <w:t xml:space="preserve">        "height": 720,</w:t>
        <w:br/>
        <w:t xml:space="preserve">        "width": 1280,</w:t>
        <w:br/>
        <w:t xml:space="preserve">        "codec": "h264"</w:t>
        <w:br/>
        <w:t xml:space="preserve">      },</w:t>
        <w:br/>
        <w:t xml:space="preserve">      "transcodeInfos": [</w:t>
        <w:br/>
        <w:t xml:space="preserve">        {</w:t>
        <w:br/>
        <w:t xml:space="preserve">          "playUrl": null,</w:t>
        <w:br/>
        <w:t xml:space="preserve">          "definition": "LD",</w:t>
        <w:br/>
        <w:t xml:space="preserve">          "bitrate": 171,</w:t>
        <w:br/>
        <w:t xml:space="preserve">          "duration": 45,</w:t>
        <w:br/>
        <w:t xml:space="preserve">          "encrypt": true,</w:t>
        <w:br/>
        <w:t xml:space="preserve">          "format": "pdx",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"https://hls.videocc.net/1b448be323/6/1b448be32370f4822ac40fd926112a66_1.m3u8",</w:t>
        <w:br/>
        <w:t xml:space="preserve">          "definition": "LD",</w:t>
        <w:br/>
        <w:t xml:space="preserve">          "bitrate": 171,</w:t>
        <w:br/>
        <w:t xml:space="preserve">          "duration": 45,</w:t>
        <w:br/>
        <w:t xml:space="preserve">          "encrypt": true,</w:t>
        <w:br/>
        <w:t xml:space="preserve">          "format": "hls",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null,</w:t>
        <w:br/>
        <w:t xml:space="preserve">          "definition": "SD",</w:t>
        <w:br/>
        <w:t xml:space="preserve">          "bitrate": 733,</w:t>
        <w:br/>
        <w:t xml:space="preserve">          "duration": 45,</w:t>
        <w:br/>
        <w:t xml:space="preserve">          "encrypt": true,</w:t>
        <w:br/>
        <w:t xml:space="preserve">          "format": "pdx",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"https://hls.videocc.net/1b448be323/6/1b448be32370f4822ac40fd926112a66_2.m3u8",</w:t>
        <w:br/>
        <w:t xml:space="preserve">          "definition": "SD",</w:t>
        <w:br/>
        <w:t xml:space="preserve">          "bitrate": 733,</w:t>
        <w:br/>
        <w:t xml:space="preserve">          "duration": 45,</w:t>
        <w:br/>
        <w:t xml:space="preserve">          "encrypt": true,</w:t>
        <w:br/>
        <w:t xml:space="preserve">          "format": "hls",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null,</w:t>
        <w:br/>
        <w:t xml:space="preserve">          "definition": "HD",</w:t>
        <w:br/>
        <w:t xml:space="preserve">          "bitrate": 958,</w:t>
        <w:br/>
        <w:t xml:space="preserve">          "duration": 45,</w:t>
        <w:br/>
        <w:t xml:space="preserve">          "encrypt": true,</w:t>
        <w:br/>
        <w:t xml:space="preserve">          "format": "pdx",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"https://hls.videocc.net/1b448be323/6/1b448be32370f4822ac40fd926112a66_3.m3u8",</w:t>
        <w:br/>
        <w:t xml:space="preserve">          "definition": "HD",</w:t>
        <w:br/>
        <w:t xml:space="preserve">          "bitrate": 958,</w:t>
        <w:br/>
        <w:t xml:space="preserve">          "duration": 45,</w:t>
        <w:br/>
        <w:t xml:space="preserve">          "encrypt": true,</w:t>
        <w:br/>
        <w:t xml:space="preserve">          "format": "hls",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</w:t>
        <w:br/>
        <w:t xml:space="preserve">      ],</w:t>
        <w:br/>
        <w:t xml:space="preserve">      "snapshotInfo": {</w:t>
        <w:br/>
        <w:t xml:space="preserve">        "imageUrl": [</w:t>
        <w:br/>
        <w:t xml:space="preserve">          "https://img.videocc.net/uimage/1/1b448be323/6/1b448be32370f4822ac40fd926112a66_0.jpg",</w:t>
        <w:br/>
        <w:t xml:space="preserve">          "https://img.videocc.net/uimage/1/1b448be323/6/1b448be32370f4822ac40fd926112a66_1.jpg",</w:t>
        <w:br/>
        <w:t xml:space="preserve">          "https://img.videocc.net/uimage/1/1b448be323/6/1b448be32370f4822ac40fd926112a66_2.jpg",</w:t>
        <w:br/>
        <w:t xml:space="preserve">          "https://img.videocc.net/uimage/1/1b448be323/6/1b448be32370f4822ac40fd926112a66_3.jpg",</w:t>
        <w:br/>
        <w:t xml:space="preserve">          "https://img.videocc.net/uimage/1/1b448be323/6/1b448be32370f4822ac40fd926112a66_4.jpg",</w:t>
        <w:br/>
        <w:t xml:space="preserve">          "https://img.videocc.net/uimage/1/1b448be323/6/1b448be32370f4822ac40fd926112a66_5.jpg"</w:t>
        <w:br/>
        <w:t xml:space="preserve">        ]</w:t>
        <w:br/>
        <w:t xml:space="preserve">      }</w:t>
        <w:br/>
        <w:t xml:space="preserve">    },</w:t>
        <w:br/>
        <w:t xml:space="preserve">    {</w:t>
        <w:br/>
        <w:t xml:space="preserve">      "vid": "1b448be323d66f3dae8db5af9f1fdce6_1",</w:t>
        <w:br/>
        <w:t xml:space="preserve">      "basicInfo": {</w:t>
        <w:br/>
        <w:t xml:space="preserve">        "title": "a",</w:t>
        <w:br/>
        <w:t xml:space="preserve">        "description": "",</w:t>
        <w:br/>
        <w:t xml:space="preserve">        "duration": 44,</w:t>
        <w:br/>
        <w:t xml:space="preserve">        "coverURL": "https://img.videocc.net/uimage/1/1b448be323/6/1b448be323d66f3dae8db5af9f1fdce6_0_b.jpg",</w:t>
        <w:br/>
        <w:t xml:space="preserve">        "creationTime": "2021-04-08 10:15:49",</w:t>
        <w:br/>
        <w:t xml:space="preserve">        "updateTime": "2021-04-08 10:20:06",</w:t>
        <w:br/>
        <w:t xml:space="preserve">        "size": 43721963,</w:t>
        <w:br/>
        <w:t xml:space="preserve">        "status": 61,</w:t>
        <w:br/>
        <w:t xml:space="preserve">        "cateId": 1617173363572,</w:t>
        <w:br/>
        <w:t xml:space="preserve">        "cateName": "分类名称2222",</w:t>
        <w:br/>
        <w:t xml:space="preserve">        "tags": "",</w:t>
        <w:br/>
        <w:t xml:space="preserve">        "uploader": "主账号"</w:t>
        <w:br/>
        <w:t xml:space="preserve">      },</w:t>
        <w:br/>
        <w:t xml:space="preserve">      "metaData": {</w:t>
        <w:br/>
        <w:t xml:space="preserve">        "size": 43721963,</w:t>
        <w:br/>
        <w:t xml:space="preserve">        "format": "mp4",</w:t>
        <w:br/>
        <w:t xml:space="preserve">        "duration": 44,</w:t>
        <w:br/>
        <w:t xml:space="preserve">        "bitrate": 7577,</w:t>
        <w:br/>
        <w:t xml:space="preserve">        "fps": 25,</w:t>
        <w:br/>
        <w:t xml:space="preserve">        "height": 720,</w:t>
        <w:br/>
        <w:t xml:space="preserve">        "width": 1280,</w:t>
        <w:br/>
        <w:t xml:space="preserve">        "codec": "h264"</w:t>
        <w:br/>
        <w:t xml:space="preserve">      },</w:t>
        <w:br/>
        <w:t xml:space="preserve">      "transcodeInfos": [</w:t>
        <w:br/>
        <w:t xml:space="preserve">        {</w:t>
        <w:br/>
        <w:t xml:space="preserve">          "playUrl": null,</w:t>
        <w:br/>
        <w:t xml:space="preserve">          "definition": "LD",</w:t>
        <w:br/>
        <w:t xml:space="preserve">          "bitrate": 168,</w:t>
        <w:br/>
        <w:t xml:space="preserve">          "duration": 44,</w:t>
        <w:br/>
        <w:t xml:space="preserve">          "encrypt": true,</w:t>
        <w:br/>
        <w:t xml:space="preserve">          "format": "pdx",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"https://hls.videocc.net/1b448be323/6/1b448be323d66f3dae8db5af9f1fdce6_1.m3u8",</w:t>
        <w:br/>
        <w:t xml:space="preserve">          "definition": "LD",</w:t>
        <w:br/>
        <w:t xml:space="preserve">          "bitrate": 168,</w:t>
        <w:br/>
        <w:t xml:space="preserve">          "duration": 44,</w:t>
        <w:br/>
        <w:t xml:space="preserve">          "encrypt": true,</w:t>
        <w:br/>
        <w:t xml:space="preserve">          "format": "hls",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null,</w:t>
        <w:br/>
        <w:t xml:space="preserve">          "definition": "SD",</w:t>
        <w:br/>
        <w:t xml:space="preserve">          "bitrate": 669,</w:t>
        <w:br/>
        <w:t xml:space="preserve">          "duration": 44,</w:t>
        <w:br/>
        <w:t xml:space="preserve">          "encrypt": true,</w:t>
        <w:br/>
        <w:t xml:space="preserve">          "format": "pdx",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"https://hls.videocc.net/1b448be323/6/1b448be323d66f3dae8db5af9f1fdce6_2.m3u8",</w:t>
        <w:br/>
        <w:t xml:space="preserve">          "definition": "SD",</w:t>
        <w:br/>
        <w:t xml:space="preserve">          "bitrate": 669,</w:t>
        <w:br/>
        <w:t xml:space="preserve">          "duration": 44,</w:t>
        <w:br/>
        <w:t xml:space="preserve">          "encrypt": true,</w:t>
        <w:br/>
        <w:t xml:space="preserve">          "format": "hls",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null,</w:t>
        <w:br/>
        <w:t xml:space="preserve">          "definition": "HD",</w:t>
        <w:br/>
        <w:t xml:space="preserve">          "bitrate": 982,</w:t>
        <w:br/>
        <w:t xml:space="preserve">          "duration": 44,</w:t>
        <w:br/>
        <w:t xml:space="preserve">          "encrypt": true,</w:t>
        <w:br/>
        <w:t xml:space="preserve">          "format": "pdx",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},</w:t>
        <w:br/>
        <w:t xml:space="preserve">        {</w:t>
        <w:br/>
        <w:t xml:space="preserve">          "playUrl": "https://hls.videocc.net/1b448be323/6/1b448be323d66f3dae8db5af9f1fdce6_3.m3u8",</w:t>
        <w:br/>
        <w:t xml:space="preserve">          "definition": "HD",</w:t>
        <w:br/>
        <w:t xml:space="preserve">          "bitrate": 982,</w:t>
        <w:br/>
        <w:t xml:space="preserve">          "duration": 44,</w:t>
        <w:br/>
        <w:t xml:space="preserve">          "encrypt": true,</w:t>
        <w:br/>
        <w:t xml:space="preserve">          "format": "hls",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"status": "normal"</w:t>
        <w:br/>
        <w:t xml:space="preserve">        }</w:t>
        <w:br/>
        <w:t xml:space="preserve">      ],</w:t>
        <w:br/>
        <w:t xml:space="preserve">      "snapshotInfo": {</w:t>
        <w:br/>
        <w:t xml:space="preserve">        "imageUrl": [</w:t>
        <w:br/>
        <w:t xml:space="preserve">          "https://img.videocc.net/uimage/1/1b448be323/6/1b448be323d66f3dae8db5af9f1fdce6_0.jpg",</w:t>
        <w:br/>
        <w:t xml:space="preserve">          "https://img.videocc.net/uimage/1/1b448be323/6/1b448be323d66f3dae8db5af9f1fdce6_1.jpg",</w:t>
        <w:br/>
        <w:t xml:space="preserve">          "https://img.videocc.net/uimage/1/1b448be323/6/1b448be323d66f3dae8db5af9f1fdce6_2.jpg",</w:t>
        <w:br/>
        <w:t xml:space="preserve">          "https://img.videocc.net/uimage/1/1b448be323/6/1b448be323d66f3dae8db5af9f1fdce6_3.jpg",</w:t>
        <w:br/>
        <w:t xml:space="preserve">          "https://img.videocc.net/uimage/1/1b448be323/6/1b448be323d66f3dae8db5af9f1fdce6_4.jpg",</w:t>
        <w:br/>
        <w:t xml:space="preserve">          "https://img.videocc.net/uimage/1/1b448be323/6/1b448be323d66f3dae8db5af9f1fdce6_5.jpg"</w:t>
        <w:br/>
        <w:t xml:space="preserve">        ]</w:t>
        <w:br/>
        <w:t xml:space="preserve">      }</w:t>
        <w:br/>
        <w:t xml:space="preserve">    }</w:t>
        <w:br/>
        <w:t xml:space="preserve">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"89733cbd-85fd-480b-bbad-23d51c2197f6",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