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查询分类列表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1、通过分类id分页查询分类列表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http://api.polyv.net/v3/category/get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保利威点播子账户appId，获取路径：保利威点播后台-&gt;设置-&gt;账号管理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当前时间的毫秒级时间戳，3分钟内有效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MD5签名生成规则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cateId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分类id，默认为1则查询所有分类列表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子分类列表页码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子分类每页大小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http://api.polyv.net/v3/category/get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表单参数：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cateId=1608891483165&amp;appId=a0Wmol5EwX&amp;sign=2A0027CB75FEF9F24DD6B680A2FC20AE&amp;timestamp=1617935598256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requestId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每次请求的业务流水号，必须唯一，便于客户端/服务器端排查问题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响应成功返回null，响应失败返回错误描述信息【详见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error参数描述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响应成功时返回分类列表信息【详见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error参数描述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错误描述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data参数描述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category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当前分类信息【详见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category字段说明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subCategoryTotal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下一级子分类个数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subCategories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下一级子分类列表【详见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subCategories字段说明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category参数描述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cateId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分类id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cateName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分类名称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parentId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上一级分类id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subCategories参数描述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cateId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分类id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cateName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分类名称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parentId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上一级分类id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VodSignUtil.java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点播Java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完成API的功能对接，点播Java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LoggerFactory.getLogger(VodSubAccountTest.class);</w:t>
        <w:br/>
        <w:t>/**</w:t>
        <w:br/>
        <w:t xml:space="preserve"> * 查询分类列表</w:t>
        <w:br/>
        <w:t xml:space="preserve"> * @throws Exception</w:t>
        <w:br/>
        <w:t xml:space="preserve"> * @throws NoSuchAlgorithmException</w:t>
        <w:br/>
        <w:t xml:space="preserve"> */</w:t>
        <w:br/>
        <w:t>@Test</w:t>
        <w:br/>
        <w:t>public void testSubGetCategories() throws Exception, NoSuchAlgorithmException {</w:t>
        <w:br/>
        <w:t xml:space="preserve">    //公共参数,填写自己的实际参数</w:t>
        <w:br/>
        <w:t xml:space="preserve">    String appId = super.appId;</w:t>
        <w:br/>
        <w:t xml:space="preserve">    String appSecret = super.appSecret;</w:t>
        <w:br/>
        <w:t xml:space="preserve">    String timestamp = String.valueOf(System.currentTimeMillis());</w:t>
        <w:br/>
        <w:t xml:space="preserve">    //业务参数</w:t>
        <w:br/>
        <w:t xml:space="preserve">    String url = "http://api.polyv.net/v3/category/get";</w:t>
        <w:br/>
        <w:t xml:space="preserve">    String cateId = "1608891483165";</w:t>
        <w:br/>
        <w:br/>
        <w:t xml:space="preserve">    Map&lt;String, String&gt; requestMap = new HashMap&lt;&gt;();</w:t>
        <w:br/>
        <w:t xml:space="preserve">    requestMap.put("appId", appId);</w:t>
        <w:br/>
        <w:t xml:space="preserve">    requestMap.put("timestamp", timestamp);</w:t>
        <w:br/>
        <w:t xml:space="preserve">    requestMap.put("cateId", cateId);</w:t>
        <w:br/>
        <w:t xml:space="preserve">    requestMap.put("sign", VodSignUtil.getSignMd5(requestMap, appSecret));</w:t>
        <w:br/>
        <w:br/>
        <w:t xml:space="preserve">    String response = HttpUtil.postFormBody(url, requestMap);</w:t>
        <w:br/>
        <w:t xml:space="preserve">    log.debug("测试查询分类列表,{}", 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"requestId":"52ec91c6-4b2e-487e-976c-03378d3035af",</w:t>
        <w:br/>
        <w:t xml:space="preserve">    "code":200,</w:t>
        <w:br/>
        <w:t xml:space="preserve">    "status":"success",</w:t>
        <w:br/>
        <w:t xml:space="preserve">    "error":null,</w:t>
        <w:br/>
        <w:t xml:space="preserve">    "data":{</w:t>
        <w:br/>
        <w:t xml:space="preserve">        "category":{</w:t>
        <w:br/>
        <w:t xml:space="preserve">            "cateId":1608891483165,</w:t>
        <w:br/>
        <w:t xml:space="preserve">            "cateName":"伪直播功能专用分类",</w:t>
        <w:br/>
        <w:t xml:space="preserve">            "parentId":1</w:t>
        <w:br/>
        <w:t xml:space="preserve">        },</w:t>
        <w:br/>
        <w:t xml:space="preserve">        "subCategoryTotal":7,</w:t>
        <w:br/>
        <w:t xml:space="preserve">        "subCategories":[</w:t>
        <w:br/>
        <w:t xml:space="preserve">            {</w:t>
        <w:br/>
        <w:t xml:space="preserve">                "cateId":1608891483169,</w:t>
        <w:br/>
        <w:t xml:space="preserve">                "cateName":"2070151",</w:t>
        <w:br/>
        <w:t xml:space="preserve">                "parentId":1608891483165</w:t>
        <w:br/>
        <w:t xml:space="preserve">            },</w:t>
        <w:br/>
        <w:t xml:space="preserve">            {</w:t>
        <w:br/>
        <w:t xml:space="preserve">                "cateId":1610069551999,</w:t>
        <w:br/>
        <w:t xml:space="preserve">                "cateName":"2087172",</w:t>
        <w:br/>
        <w:t xml:space="preserve">                "parentId":1608891483165</w:t>
        <w:br/>
        <w:t xml:space="preserve">            },</w:t>
        <w:br/>
        <w:t xml:space="preserve">            {</w:t>
        <w:br/>
        <w:t xml:space="preserve">                "cateId":1610605203885,</w:t>
        <w:br/>
        <w:t xml:space="preserve">                "cateName":"2095792",</w:t>
        <w:br/>
        <w:t xml:space="preserve">                "parentId":1608891483165</w:t>
        <w:br/>
        <w:t xml:space="preserve">            },</w:t>
        <w:br/>
        <w:t xml:space="preserve">            {</w:t>
        <w:br/>
        <w:t xml:space="preserve">                "cateId":1615344036891,</w:t>
        <w:br/>
        <w:t xml:space="preserve">                "cateName":"2149710",</w:t>
        <w:br/>
        <w:t xml:space="preserve">                "parentId":1608891483165</w:t>
        <w:br/>
        <w:t xml:space="preserve">            },</w:t>
        <w:br/>
        <w:t xml:space="preserve">            {</w:t>
        <w:br/>
        <w:t xml:space="preserve">                "cateId":1615357280260,</w:t>
        <w:br/>
        <w:t xml:space="preserve">                "cateName":"2149813",</w:t>
        <w:br/>
        <w:t xml:space="preserve">                "parentId":1608891483165</w:t>
        <w:br/>
        <w:t xml:space="preserve">            },</w:t>
        <w:br/>
        <w:t xml:space="preserve">            {</w:t>
        <w:br/>
        <w:t xml:space="preserve">                "cateId":1616053580583,</w:t>
        <w:br/>
        <w:t xml:space="preserve">                "cateName":"2205908",</w:t>
        <w:br/>
        <w:t xml:space="preserve">                "parentId":1608891483165</w:t>
        <w:br/>
        <w:t xml:space="preserve">            },</w:t>
        <w:br/>
        <w:t xml:space="preserve">            {</w:t>
        <w:br/>
        <w:t xml:space="preserve">                "cateId":1616572747765,</w:t>
        <w:br/>
        <w:t xml:space="preserve">                "cateName":"1958888",</w:t>
        <w:br/>
        <w:t xml:space="preserve">                "parentId":1608891483165</w:t>
        <w:br/>
        <w:t xml:space="preserve">            }</w:t>
        <w:br/>
        <w:t xml:space="preserve">        ]</w:t>
        <w:br/>
        <w:t xml:space="preserve">    }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时间戳错误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"requestId": "5ede3d23-45f0-4661-99be-e95d07daf049",</w:t>
        <w:br/>
        <w:t xml:space="preserve">    "code": 400,</w:t>
        <w:br/>
        <w:t xml:space="preserve">    "status": "error",</w:t>
        <w:br/>
        <w:t xml:space="preserve">    "error": {</w:t>
        <w:br/>
        <w:t xml:space="preserve">        "code": 100,</w:t>
        <w:br/>
        <w:t xml:space="preserve">        "desc": "invalid timestamp"</w:t>
        <w:br/>
        <w:t xml:space="preserve">    },</w:t>
        <w:br/>
        <w:t xml:space="preserve">    "data": null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appId不正确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```json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{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"requestId": "5ede3d23-45f0-4661-99be-e95d07daf049",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"code": 400,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"status": "error",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"error": {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"code": 101,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"desc": "application not exist"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},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"data": null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}</w:t>
      </w:r>
    </w:p>
    <w:p>
      <w:r>
        <w:rPr>
          <w:rFonts w:ascii="Menlo" w:hAnsi="Menlo"/>
          <w:color w:val="444444"/>
          <w:sz w:val="20"/>
        </w:rPr>
        <w:t>`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子账号不存在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```json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{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"requestId": "5ede3d23-45f0-4661-99be-e95d07daf049",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"code": 400,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"status": "error",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"error": {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"code": 102,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"desc": "user children not exist"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},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"data": null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}</w:t>
      </w:r>
    </w:p>
    <w:p>
      <w:r>
        <w:rPr>
          <w:rFonts w:ascii="Menlo" w:hAnsi="Menlo"/>
          <w:color w:val="444444"/>
          <w:sz w:val="20"/>
        </w:rPr>
        <w:t>`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子账号过期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```json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{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"requestId": "5ede3d23-45f0-4661-99be-e95d07daf049",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"code": 403,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"status": "error",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"error": {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"code": 103,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"desc": "user children expired"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},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"data": null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}</w:t>
      </w:r>
    </w:p>
    <w:p>
      <w:r>
        <w:rPr>
          <w:rFonts w:ascii="Menlo" w:hAnsi="Menlo"/>
          <w:color w:val="444444"/>
          <w:sz w:val="20"/>
        </w:rPr>
        <w:t>`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签名错误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```json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{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"requestId": "5ede3d23-45f0-4661-99be-e95d07daf049",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"code": 403,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"status": "error",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"error": {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"code": 104,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"desc": "invalid signature"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},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"data": null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}</w:t>
      </w:r>
    </w:p>
    <w:p>
      <w:r>
        <w:rPr>
          <w:rFonts w:ascii="Menlo" w:hAnsi="Menlo"/>
          <w:color w:val="444444"/>
          <w:sz w:val="20"/>
        </w:rPr>
        <w:t>`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账号权限不足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```json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{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"requestId": "5ede3d23-45f0-4661-99be-e95d07daf049",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"code": 403,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"status": "error",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"error": {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"code": 105,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"desc": "permission limited"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},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"data": null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}</w:t>
      </w:r>
    </w:p>
    <w:p>
      <w:r>
        <w:rPr>
          <w:rFonts w:ascii="Menlo" w:hAnsi="Menlo"/>
          <w:color w:val="444444"/>
          <w:sz w:val="20"/>
        </w:rPr>
        <w:t>`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分类不存在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```json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{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"requestId": "5ede3d23-45f0-4661-99be-e95d07daf049",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"code": 400,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"status": "error",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"error": {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"code": 3001,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"desc": "category not exist"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},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"data": null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}</w:t>
      </w:r>
    </w:p>
    <w:p>
      <w:r>
        <w:rPr>
          <w:rFonts w:ascii="Menlo" w:hAnsi="Menlo"/>
          <w:color w:val="444444"/>
          <w:sz w:val="20"/>
        </w:rPr>
        <w:t>`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查询分类列表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