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1、通过视频id删除视频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http://api.polyv.net/v3/video/delete-video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http://api.polyv.net/v3/video/delete-video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vid=1b448be3233231b9b58172bc472341f5_1&amp;appId=a0Wmol5EwX&amp;sign=47418B9CF62580E006E651E737C1F4A6&amp;timestamp=1617876890595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每次请求的业务流水号，必须唯一，便于客户端/服务器端排查问题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响应成功返回null，响应失败返回错误描述信息【详见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响应成功或失败都返回null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t>/**</w:t>
        <w:br/>
        <w:t xml:space="preserve"> * 删除视频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testSubDeleteVideo() throws 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"http://api.polyv.net/v3/video/delete-video";</w:t>
        <w:br/>
        <w:t xml:space="preserve">    String vid = "1b448be3233231b9b58172bc472341f5_1";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requestMap.put("vid", vid);</w:t>
        <w:br/>
        <w:t xml:space="preserve">    requestMap.put("sign", VodSignUtil.getSignMd5(requestMap, appSecret));</w:t>
        <w:br/>
        <w:br/>
        <w:t xml:space="preserve">    String response = HttpUtil.postFormBody(url, requestMap);</w:t>
        <w:br/>
        <w:t xml:space="preserve">    log.debug("测试删除视频,{}",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"requestId":"6729d5a4-1318-46c0-9978-5fe6dce5ffe9",</w:t>
        <w:br/>
        <w:t xml:space="preserve">    "code":200,</w:t>
        <w:br/>
        <w:t xml:space="preserve">    "status":"success",</w:t>
        <w:br/>
        <w:t xml:space="preserve">    "error":null,</w:t>
        <w:br/>
        <w:t xml:space="preserve">    "data":null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100,</w:t>
        <w:br/>
        <w:t xml:space="preserve">        "desc": "invalid timestamp"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 xml:space="preserve">     "requestId": "5ede3d23-45f0-4661-99be-e95d07daf049",</w:t>
        <w:br/>
        <w:t xml:space="preserve">     "code": 400,</w:t>
        <w:br/>
        <w:t xml:space="preserve">     "status": "error",</w:t>
        <w:br/>
        <w:t xml:space="preserve">     "error": {</w:t>
        <w:br/>
        <w:t xml:space="preserve">         "code": 101,</w:t>
        <w:br/>
        <w:t xml:space="preserve">         "desc": "application not exist"</w:t>
        <w:br/>
        <w:t xml:space="preserve">     },</w:t>
        <w:br/>
        <w:t xml:space="preserve">     "data": null</w:t>
        <w:br/>
        <w:t xml:space="preserve">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 xml:space="preserve">     "requestId": "5ede3d23-45f0-4661-99be-e95d07daf049",</w:t>
        <w:br/>
        <w:t xml:space="preserve">     "code": 400,</w:t>
        <w:br/>
        <w:t xml:space="preserve">     "status": "error",</w:t>
        <w:br/>
        <w:t xml:space="preserve">     "error": {</w:t>
        <w:br/>
        <w:t xml:space="preserve">         "code": 102,</w:t>
        <w:br/>
        <w:t xml:space="preserve">         "desc": "user children not exist"</w:t>
        <w:br/>
        <w:t xml:space="preserve">     },</w:t>
        <w:br/>
        <w:t xml:space="preserve">     "data": null</w:t>
        <w:br/>
        <w:t xml:space="preserve">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 xml:space="preserve">     "requestId": "5ede3d23-45f0-4661-99be-e95d07daf049",</w:t>
        <w:br/>
        <w:t xml:space="preserve">     "code": 403,</w:t>
        <w:br/>
        <w:t xml:space="preserve">     "status": "error",</w:t>
        <w:br/>
        <w:t xml:space="preserve">     "error": {</w:t>
        <w:br/>
        <w:t xml:space="preserve">         "code": 103,</w:t>
        <w:br/>
        <w:t xml:space="preserve">         "desc": "user children expired"</w:t>
        <w:br/>
        <w:t xml:space="preserve">     },</w:t>
        <w:br/>
        <w:t xml:space="preserve">     "data": null</w:t>
        <w:br/>
        <w:t xml:space="preserve">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 xml:space="preserve">     "requestId": "5ede3d23-45f0-4661-99be-e95d07daf049",</w:t>
        <w:br/>
        <w:t xml:space="preserve">     "code": 403,</w:t>
        <w:br/>
        <w:t xml:space="preserve">     "status": "error",</w:t>
        <w:br/>
        <w:t xml:space="preserve">     "error": {</w:t>
        <w:br/>
        <w:t xml:space="preserve">         "code": 104,</w:t>
        <w:br/>
        <w:t xml:space="preserve">         "desc": "invalid signature"</w:t>
        <w:br/>
        <w:t xml:space="preserve">     },</w:t>
        <w:br/>
        <w:t xml:space="preserve">     "data": null</w:t>
        <w:br/>
        <w:t xml:space="preserve">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账号权限不足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 xml:space="preserve">     "requestId": "5ede3d23-45f0-4661-99be-e95d07daf049",</w:t>
        <w:br/>
        <w:t xml:space="preserve">     "code": 403,</w:t>
        <w:br/>
        <w:t xml:space="preserve">     "status": "error",</w:t>
        <w:br/>
        <w:t xml:space="preserve">     "error": {</w:t>
        <w:br/>
        <w:t xml:space="preserve">         "code": 105,</w:t>
        <w:br/>
        <w:t xml:space="preserve">         "desc": "permission limited"</w:t>
        <w:br/>
        <w:t xml:space="preserve">     },</w:t>
        <w:br/>
        <w:t xml:space="preserve">     "data": null</w:t>
        <w:br/>
        <w:t xml:space="preserve">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视频id错误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 xml:space="preserve">     "requestId": "5ede3d23-45f0-4661-99be-e95d07daf049",</w:t>
        <w:br/>
        <w:t xml:space="preserve">     "code": 400,</w:t>
        <w:br/>
        <w:t xml:space="preserve">     "status": "error",</w:t>
        <w:br/>
        <w:t xml:space="preserve">     "error": {</w:t>
        <w:br/>
        <w:t xml:space="preserve">         "code": 2000,</w:t>
        <w:br/>
        <w:t xml:space="preserve">         "desc": "invalid vid"</w:t>
        <w:br/>
        <w:t xml:space="preserve">     },</w:t>
        <w:br/>
        <w:t xml:space="preserve">     "data": null</w:t>
        <w:br/>
        <w:t xml:space="preserve">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