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删除分类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1、通过分类id删除视频信息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http://api.polyv.net/v3/category/delete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分类id【可通过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查询分类列表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http://api.polyv.net/v3/category/delete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cateId=1618197697939&amp;appId=a0Wmol5EwX&amp;sign=93D4B0AE342CE8B52E9DF058D12F05F9&amp;timestamp=1618197726044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每次请求的业务流水号，必须唯一，便于客户端/服务器端排查问题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响应失败的错误信息，响应成功时返回null【详见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响应成功和响应失败都返回null</w:t>
            </w:r>
          </w:p>
        </w:tc>
      </w:tr>
    </w:tbl>
    <w:p>
      <w:pPr>
        <w:spacing w:after="40"/>
      </w:pPr>
    </w:p>
    <w:p>
      <w:pPr>
        <w:pStyle w:val="Heading3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LoggerFactory.getLogger(VodSubAccountTest.class);</w:t>
        <w:br/>
        <w:br/>
        <w:t>/**</w:t>
        <w:br/>
        <w:t xml:space="preserve"> * 删除分类</w:t>
        <w:br/>
        <w:t xml:space="preserve"> */</w:t>
        <w:br/>
        <w:t>@Test</w:t>
        <w:br/>
        <w:t>public void testSubDeleteCategory() throws Exception, NoSuchAlgorithmException {</w:t>
        <w:br/>
        <w:t xml:space="preserve">    //公共参数,填写自己的实际参数</w:t>
        <w:br/>
        <w:t xml:space="preserve">    String secretKey = super.appSecret;//使用子账号的secretKey</w:t>
        <w:br/>
        <w:t xml:space="preserve">    String appId = super.appId;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"http://api.polyv.net/v3/category/delete";</w:t>
        <w:br/>
        <w:t xml:space="preserve">    String cateId = "1618197697939";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requestMap.put("cateId", cateId);</w:t>
        <w:br/>
        <w:br/>
        <w:t xml:space="preserve">    //用md5进行签名</w:t>
        <w:br/>
        <w:t xml:space="preserve">    requestMap.put("sign", VodSignUtil.getSignMd5(requestMap, secretKey));</w:t>
        <w:br/>
        <w:t xml:space="preserve">    String response = HttpUtil.postFormBody(url, requestMap);</w:t>
        <w:br/>
        <w:t xml:space="preserve">    log.debug("测试删除分类,{}",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"requestId": "930bffa2-2731-4cf9-9e9f-323036019cd0",</w:t>
        <w:br/>
        <w:tab/>
        <w:t>"code": 200,</w:t>
        <w:br/>
        <w:tab/>
        <w:t>"status": "success",</w:t>
        <w:br/>
        <w:tab/>
        <w:t>"error": null,</w:t>
        <w:br/>
        <w:tab/>
        <w:t>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100,</w:t>
        <w:br/>
        <w:t xml:space="preserve">        "desc": "invalid timestamp"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101,</w:t>
        <w:br/>
        <w:t xml:space="preserve">        "desc": "application not exist"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102,</w:t>
        <w:br/>
        <w:t xml:space="preserve">        "desc": "user children not exist"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103,</w:t>
        <w:br/>
        <w:t xml:space="preserve">        "desc": "user children expired"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104,</w:t>
        <w:br/>
        <w:t xml:space="preserve">        "desc": "invalid signature"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账号权限不足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105,</w:t>
        <w:br/>
        <w:t xml:space="preserve">        "desc": "permission limited"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无法操作此分类，权限不足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106,</w:t>
        <w:br/>
        <w:t xml:space="preserve">        "desc": "category limited"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删除分类失败，原因有：cataid不合法、顶层分类不允许删除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3004,</w:t>
        <w:br/>
        <w:t xml:space="preserve">        "desc": "delete category failed"</w:t>
        <w:br/>
        <w:t xml:space="preserve">    },</w:t>
        <w:br/>
        <w:t xml:space="preserve">    "data": null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删除分类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