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获取视频播放凭证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1、通过子账号id和视频id，创建加密视频的播放凭证，即 Playsafe Token</w:t>
        <w:br/>
        <w:t>2、如果一个凭证token尚未过期，此时使用相同的 videoId、viewerId、viewerIp、iswxa 参数值请求该接口，</w:t>
        <w:br/>
        <w:t xml:space="preserve">   会复用原来的凭证token，并延长原凭证token的有效期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http://hls.videocc.net/service/v2/token/create-child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2、该接口目前仅支持子账号。如果要为主帐户创建凭证token ，可以参考【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获取视频播放凭证</w:t>
      </w:r>
      <w:r>
        <w:rPr>
          <w:rFonts w:ascii="Source Han Sans SC" w:hAnsi="Source Han Sans SC" w:eastAsia="Source Han Sans SC" w:cs="Source Han Sans SC" w:hint="eastAsia"/>
          <w:sz w:val="21"/>
        </w:rPr>
        <w:t>】</w:t>
      </w:r>
    </w:p>
    <w:p>
      <w:pPr>
        <w:pStyle w:val="Heading2"/>
      </w:pPr>
      <w:r>
        <w:t>请求参数描述删除视频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保利威点播子账户appId，获取路径：保利威点播后台-&gt;设置-&gt;账号管理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当前的时间，13位毫秒级时间戳，10分钟内有效，例如：1617863545204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签名，32位大写MD5值【详见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MD5签名生成规则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视频的id，获取路径：保利威点播后台-&gt;视频列表；也可以获取自【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上传视频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】；例如：1b448be32370f4822ac40fd926112a66_1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观看者id，要求不同的观看者使用不同的id，由数字字母组成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观看者ip，如果为空，会自动获取调用该接口时的ip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观看者名称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expires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播放凭证token的有效时长，单位为秒。为空时默认为10分钟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disposable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播放凭证token是否一次有效，默认为 falsetrue：表示凭证token仅一次有效，即验证一次后，凭证token就失效了false：表示在有效期内可以多次验证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iswxa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是否微信小程序播放，默认为01：是0：否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extraParams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自定义的其它参数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securitySeed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私有加密视频自定义token加密因子, 用于提高视频播放的安全性, 需搭配指定的播放器使用, 详细使用规则请咨询保利威客服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http://hls.videocc.net/service/v2/token/create-child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ewerName=%E8%A7%82%E7%9C%8B%E8%80%85%E6%98%B5%E7%A7%B0&amp;expires=10000&amp;viewerId=ovtl9t_RxnrTdqkXqkT5Q5lnxp2A&amp;appId=a0Wmol5EwX&amp;viewerIp=59.41.20.74&amp;sign=6804C5B24FED47E49776C2CB85823316&amp;videoId=1b448be32370f4822ac40fd926112a66_1&amp;extraParams=ddd&amp;iswxa=1&amp;disposable=true&amp;ts=1617936971500</w:t>
        <w:br/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响应成功时返回播放凭证的详细信息【详见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】，响应失败时返回错误原因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视频播放凭证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保利威点播账户id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子账号appId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观看者ip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观看者id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观看者名称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extraParams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自定义的其它参数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ttl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凭证token 有效时长，单位为毫秒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凭证token 创建时间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expiredTime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凭证token 过期时间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iswxa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是否微信小程序播放1：是0：否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disposable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播放凭证token是否一次有效true：表示凭证token仅一次有效，即验证一次后，凭证token就失效了false：表示在有效期内可以多次验证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LoggerFactory.getLogger(VodSubAccountTest.class);</w:t>
        <w:br/>
        <w:br/>
        <w:t>/**</w:t>
        <w:br/>
        <w:t xml:space="preserve"> * 获取视频播放凭证</w:t>
        <w:br/>
        <w:t xml:space="preserve"> * @throws Exception</w:t>
        <w:br/>
        <w:t xml:space="preserve"> * @throws NoSuchAlgorithmException</w:t>
        <w:br/>
        <w:t xml:space="preserve"> */</w:t>
        <w:br/>
        <w:t>@Test</w:t>
        <w:br/>
        <w:t>public void testCreateSubToken() throws 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ts = String.valueOf(System.currentTimeMillis());</w:t>
        <w:br/>
        <w:br/>
        <w:t xml:space="preserve">        //业务参数</w:t>
        <w:br/>
        <w:t xml:space="preserve">        String url = "http://hls.videocc.net/service/v2/token/create-child";</w:t>
        <w:br/>
        <w:t xml:space="preserve">        String videoId = "1b448be32370f4822ac40fd926112a66_1";</w:t>
        <w:br/>
        <w:t xml:space="preserve">        String viewerId = "ovtl9t_RxnrTdqkXqkT5Q5lnxp2A";</w:t>
        <w:br/>
        <w:t xml:space="preserve">        String viewerIp = "59.41.20.74";</w:t>
        <w:br/>
        <w:t xml:space="preserve">        String viewerName = "观看者昵称";</w:t>
        <w:br/>
        <w:t xml:space="preserve">        String expires = "10000";</w:t>
        <w:br/>
        <w:t xml:space="preserve">        String disposable = "true";</w:t>
        <w:br/>
        <w:t xml:space="preserve">        String isWXa = "1";</w:t>
        <w:br/>
        <w:t xml:space="preserve">        String extraParams = "ddd";</w:t>
        <w:br/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requestMap.put("videoId", videoId);</w:t>
        <w:br/>
        <w:t xml:space="preserve">        requestMap.put("ts", ts);</w:t>
        <w:br/>
        <w:t xml:space="preserve">        requestMap.put("viewerId", viewerId);</w:t>
        <w:br/>
        <w:t xml:space="preserve">        requestMap.put("viewerIp", viewerIp);</w:t>
        <w:br/>
        <w:t xml:space="preserve">        requestMap.put("viewerName", viewerName);</w:t>
        <w:br/>
        <w:t xml:space="preserve">        requestMap.put("expires", expires);</w:t>
        <w:br/>
        <w:t xml:space="preserve">        requestMap.put("disposable", disposable);</w:t>
        <w:br/>
        <w:t xml:space="preserve">        requestMap.put("iswxa", isWXa);</w:t>
        <w:br/>
        <w:t xml:space="preserve">        requestMap.put("extraParams", extraParams);</w:t>
        <w:br/>
        <w:br/>
        <w:t xml:space="preserve">        //用md5进行签名，使用子账号的secretKey签名</w:t>
        <w:br/>
        <w:t xml:space="preserve">        requestMap.put("sign", VodSignUtil.getSignMd5(requestMap, appSecret));</w:t>
        <w:br/>
        <w:br/>
        <w:t xml:space="preserve">        String response = HttpUtil.postFormBody(url, requestMap);</w:t>
        <w:br/>
        <w:t xml:space="preserve">        log.debug("测试获取视频播放凭证,{}", response);</w:t>
        <w:br/>
        <w:t xml:space="preserve">        //do somethings</w:t>
        <w:br/>
        <w:t>}</w:t>
        <w:br/>
        <w:br/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"",</w:t>
        <w:br/>
        <w:t xml:space="preserve">  "data": {</w:t>
        <w:br/>
        <w:t xml:space="preserve">    "token": "783428b1-8b92-4c56-b255-9e14214b75b9-eesrv9rRagxTktuXtuT8Q8vgaf2A",</w:t>
        <w:br/>
        <w:t xml:space="preserve">    "userId": "1b448be323",</w:t>
        <w:br/>
        <w:t xml:space="preserve">    "appId": "a0Wmol5EwX",</w:t>
        <w:br/>
        <w:t xml:space="preserve">    "videoId": "1b448be32370f4822ac40fd926112a66_1",</w:t>
        <w:br/>
        <w:t xml:space="preserve">    "viewerIp": "59.41.20.74",</w:t>
        <w:br/>
        <w:t xml:space="preserve">    "viewerId": "ovtl9t_RxnrTdqkXqkT5Q5lnxp2A",</w:t>
        <w:br/>
        <w:t xml:space="preserve">    "viewerName": "观看者昵称",</w:t>
        <w:br/>
        <w:t xml:space="preserve">    "extraParams": "ddd",</w:t>
        <w:br/>
        <w:t xml:space="preserve">    "ttl": 10000000,</w:t>
        <w:br/>
        <w:t xml:space="preserve">    "createdTime": 1617936972611,</w:t>
        <w:br/>
        <w:t xml:space="preserve">    "expiredTime": 1617946972611,</w:t>
        <w:br/>
        <w:t xml:space="preserve">    "iswxa": 1,</w:t>
        <w:br/>
        <w:t xml:space="preserve">    "disposable": true</w:t>
        <w:br/>
        <w:t xml:space="preserve">  }</w:t>
        <w:br/>
        <w:t>}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403,</w:t>
        <w:br/>
        <w:t xml:space="preserve">  "status": "error",</w:t>
        <w:br/>
        <w:t xml:space="preserve">  "message": "sign_not_found",</w:t>
        <w:br/>
        <w:t xml:space="preserve">  "data": "sign parameter not found."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获取视频播放凭证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