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创建分类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1、使用子账号创建视频分类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http://api.polyv.net/v3/category/add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父分类id，默认为1，表示默认分类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http://api.polyv.net/v3/category/add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appId=xxxxxx&amp;name=%E6%B5%8B%E8%AF%95%E5%88%9B%E5%BB%BA%E5%88%86%E7%B1%BB&amp;sign=FC67B8973F35D00F9E843C380880DFFD&amp;parentId=1617850424921&amp;timestamp=1617850576238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响应成功返回null，响应失败返回错误描述信息【详见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每次请求的业务流水号，必须唯一，便于客户端/服务器端排查问题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响应成功返回成功创建的分类id，响应失败返回null</w:t>
            </w:r>
          </w:p>
        </w:tc>
      </w:tr>
    </w:tbl>
    <w:p>
      <w:pPr>
        <w:spacing w:after="40"/>
      </w:pPr>
    </w:p>
    <w:p>
      <w:pPr>
        <w:pStyle w:val="Heading3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LoggerFactory.getLogger(VodSubAccountTest.class);</w:t>
        <w:br/>
        <w:t>/**</w:t>
        <w:br/>
        <w:t xml:space="preserve"> * 创建分类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testSubAddCategory() throws 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"http://api.polyv.net/v3/category/add";</w:t>
        <w:br/>
        <w:t xml:space="preserve">    String name = "测试创建分类";</w:t>
        <w:br/>
        <w:t xml:space="preserve">    String parentId = "1617850424921";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requestMap.put("name", name);</w:t>
        <w:br/>
        <w:t xml:space="preserve">    requestMap.put("parentId", parentId);</w:t>
        <w:br/>
        <w:t xml:space="preserve">    requestMap.put("sign", VodSignUtil.getSignMd5(requestMap, appSecret));</w:t>
        <w:br/>
        <w:br/>
        <w:t xml:space="preserve">    String response = HttpUtil.postFormBody(url, requestMap);</w:t>
        <w:br/>
        <w:t xml:space="preserve">    log.debug("测试创建分类,{}",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"requestId": "00543c3f-2d3d-4765-85ca-b332f1021362",</w:t>
        <w:br/>
        <w:t xml:space="preserve">  "code": 200,</w:t>
        <w:br/>
        <w:t xml:space="preserve">  "status": "success",</w:t>
        <w:br/>
        <w:t xml:space="preserve">  "error": null,</w:t>
        <w:br/>
        <w:t xml:space="preserve">  "data": 1617850556356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100,</w:t>
        <w:br/>
        <w:t xml:space="preserve">        "desc": "invalid timestamp"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101,</w:t>
        <w:br/>
        <w:t xml:space="preserve">        "desc": "application not exist"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102,</w:t>
        <w:br/>
        <w:t xml:space="preserve">        "desc": "user children not exist"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103,</w:t>
        <w:br/>
        <w:t xml:space="preserve">        "desc": "user children expired"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104,</w:t>
        <w:br/>
        <w:t xml:space="preserve">        "desc": "invalid signature"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账号权限不足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105,</w:t>
        <w:br/>
        <w:t xml:space="preserve">        "desc": "permission limited"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分类名称不能为空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3000,</w:t>
        <w:br/>
        <w:t xml:space="preserve">        "desc": "没有填写栏目名称"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父分类不能为空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3001,</w:t>
        <w:br/>
        <w:t xml:space="preserve">        "desc": "category not exist"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子账号没有权限在该目录下创建分类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3002,</w:t>
        <w:br/>
        <w:t xml:space="preserve">        "desc": "子账号没有权限在该目录下创建分类"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已存在同名的视频分类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"df5750d9-27b0-4390-ad7c-f0d1f86d0d14",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3003,</w:t>
        <w:br/>
        <w:t xml:space="preserve">        "desc": "已存在同名的视频分类"</w:t>
        <w:br/>
        <w:t xml:space="preserve">    },</w:t>
        <w:br/>
        <w:t xml:space="preserve">    "data": null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创建分类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