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查询视频统计汇总数据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1、批量查询视频播放统计汇总数据</w:t>
        <w:br/>
        <w:t>2、从播放行为产生到数据可查询的间隔时间为1~2小时，流量消耗（flowSize字段）的计算依赖于CDN日志，为了保证数据完整性，流量数据需要间隔一个自然日才会生成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http://api.polyv.net/v2/summary/video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2、请求参数中startDate（开始日期）与endDate（结束日期）需要同时传入，仅传一个参数不生效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3、同时传入dr（时间段）与startDate、endDate的情况下，仅startDate、endDate有效；都不传则dr为默认值7days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视频id，多个视频以英文逗号分隔，例如：a2dc4f25179499d6586362672838cc2d_a,a2dc4f25179499d6586362672838cc2d_a 一次最多只能传100个视频id不传时则查整个账号的数据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时间段，默认值为7days（7days包含今天）today：今天yesterday：昨天this_week：本周last_week：上周7days：最近7天this_month：本月last_month：上个月this_year：今年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开始日期，格式为：yyyy-MM-dd，例如：2021-03-01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结束日期，格式为：yyyy-MM-dd，例如：2021-03-30，跨度最大为一年，可跨年查询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http://api.polyv.net/v2/summary/video?vids=1b448be323251079dabeb2066d70fd44_1%2Cabc&amp;sign=8631D872371A8D3BB37C03D261EA5B4AC70AA1D0&amp;ptime=1631245812623&amp;userid=1b448be323&amp;dr=this_year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响应成功时返回视频统计汇总数据【详见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移动端消耗流量，单位：字节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查询视频统计汇总数据</w:t>
        <w:br/>
        <w:t xml:space="preserve"> */</w:t>
        <w:br/>
        <w:t>@Test</w:t>
        <w:br/>
        <w:t>public void videoSummaryData() throws IOException,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"http://api.polyv.net/v2/summary/video";</w:t>
        <w:br/>
        <w:t xml:space="preserve">    String vids = "1b448be323251079dabeb2066d70fd44_1,abc";</w:t>
        <w:br/>
        <w:t xml:space="preserve">    String dr = "this_year";</w:t>
        <w:br/>
        <w:t xml:space="preserve">    //http 调用逻辑</w:t>
        <w:br/>
        <w:t xml:space="preserve">    Map&lt;String, String&gt; requestMap = new HashMap&lt;&gt;();</w:t>
        <w:br/>
        <w:t xml:space="preserve">    requestMap.put("ptime", timestamp);</w:t>
        <w:br/>
        <w:t xml:space="preserve">    requestMap.put("dr", dr);</w:t>
        <w:br/>
        <w:t xml:space="preserve">    requestMap.put("vids", vids);</w:t>
        <w:br/>
        <w:t xml:space="preserve">    requestMap.put("userid", userId);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log.info("测试查询视频统计汇总数据：{}",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"videoId": "1b448be323251079dabeb2066d70fd44_1",</w:t>
        <w:br/>
        <w:t xml:space="preserve">            "pcVideoView": "8",</w:t>
        <w:br/>
        <w:t xml:space="preserve">            "mobileVideoView": "0",</w:t>
        <w:br/>
        <w:t xml:space="preserve">            "pcUniqueViewer": "8",</w:t>
        <w:br/>
        <w:t xml:space="preserve">            "mobileUniqueViewer": "0",</w:t>
        <w:br/>
        <w:t xml:space="preserve">            "pcFlowSize": 61335157,</w:t>
        <w:br/>
        <w:t xml:space="preserve">            "mobileFlowSize": 0</w:t>
        <w:br/>
        <w:t xml:space="preserve">        },</w:t>
        <w:br/>
        <w:t xml:space="preserve">        {</w:t>
        <w:br/>
        <w:t xml:space="preserve">            "videoId": "abc_a",</w:t>
        <w:br/>
        <w:t xml:space="preserve">            "pcVideoView": "invalid vid",</w:t>
        <w:br/>
        <w:t xml:space="preserve">            "mobileVideoView": "invalid vid",</w:t>
        <w:br/>
        <w:t xml:space="preserve">            "pcUniqueViewer": "invalid vid",</w:t>
        <w:br/>
        <w:t xml:space="preserve">            "mobileUniqueViewer": "invalid vid"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若是批量传vid的形式，正常的vid数据会正常返回，异常的vid则返回'invalid vid'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"videoId": "1b448be323251079dabeb2066d70fd44_1",</w:t>
        <w:br/>
        <w:t xml:space="preserve">            "pcVideoView": "2",</w:t>
        <w:br/>
        <w:t xml:space="preserve">            "mobileVideoView": "0",</w:t>
        <w:br/>
        <w:t xml:space="preserve">            "pcUniqueViewer": "2",</w:t>
        <w:br/>
        <w:t xml:space="preserve">            "mobileUniqueViewer": "0",</w:t>
        <w:br/>
        <w:t xml:space="preserve">            "pcFlowSize": 11827449,</w:t>
        <w:br/>
        <w:t xml:space="preserve">            "mobileFlowSize": 0</w:t>
        <w:br/>
        <w:t xml:space="preserve">        },</w:t>
        <w:br/>
        <w:t xml:space="preserve">        {</w:t>
        <w:br/>
        <w:t xml:space="preserve">            "videoId": "aaabbb",</w:t>
        <w:br/>
        <w:t xml:space="preserve">            "pcVideoView": "invalid vid",</w:t>
        <w:br/>
        <w:t xml:space="preserve">            "mobileVideoView": "invalid vid",</w:t>
        <w:br/>
        <w:t xml:space="preserve">            "pcUniqueViewer": "invalid vid",</w:t>
        <w:br/>
        <w:t xml:space="preserve">            "mobileUniqueViewer": "invalid vid"</w:t>
        <w:br/>
        <w:t xml:space="preserve">        }</w:t>
        <w:br/>
        <w:t xml:space="preserve">    ]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查询视频统计汇总数据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