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查询视频播放量排行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1、查询视频在不同终端的播放量排行，从播放行为产生到数据可查询的间隔时间为1~2小时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http://api.polyv.net/v2/videoview/{userid}/ranklist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2、当start和end都不为空时，dr失效；当start和end其中一个为空，查询最近7天数据；当start和end都为空，以dr为准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开始日期，格式为yyyy-MM-dd，例如：2019-11-11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结束日期，格式为yyyy-MM-dd，例如：2019-11-11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时间段，默认值为7daystoday：今天yesterday：昨天7days：最近7天30days：最近30天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http://api.polyv.net/v2/videoview/1b448be323/ranklist?start=2021-03-01&amp;sign=F378D4041015727EA34C3CC58F9DC83334FA7266&amp;end=2021-04-08&amp;ptime=1617875095741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响应成功时返回视频播放量排行信息【详见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totalMoVideoView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pcVideoDailys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pc端播放量排行列表数组【详见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pcVideoDailys字段说明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moVideoDailys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移动端播放量排行列表数组【详见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moVideoDailys字段说明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pcVideoDailys参数描述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moVideoDailys参数描述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查询视频播放量排行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testGetPlaytimesRank()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"http://api.polyv.net/v2/videoview/"+userId+"/ranklist";</w:t>
        <w:br/>
        <w:t xml:space="preserve">    String start = "2021-03-01";</w:t>
        <w:br/>
        <w:t xml:space="preserve">    String end = "2021-04-08";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log.debug("测试查询视频播放量排行,{}",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"data":{</w:t>
        <w:br/>
        <w:t xml:space="preserve">        "totalMoVideoView":0,</w:t>
        <w:br/>
        <w:t xml:space="preserve">        "pcVideoDailys":[</w:t>
        <w:br/>
        <w:t xml:space="preserve">            {</w:t>
        <w:br/>
        <w:t xml:space="preserve">                "videoId":"1b448be32370f4822ac40fd926112a66_1",</w:t>
        <w:br/>
        <w:t xml:space="preserve">                "title":"视频标题",</w:t>
        <w:br/>
        <w:t xml:space="preserve">                "duration":"00:00:45",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"videoId":"1b448be3233659acf35d430ba9210bd4_1",</w:t>
        <w:br/>
        <w:t xml:space="preserve">                "title":"junit-远程批量上传视频",</w:t>
        <w:br/>
        <w:t xml:space="preserve">                "duration":"00:01:25",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"videoId":"1b448be323d66f3dae8db5af9f1fdce6_1",</w:t>
        <w:br/>
        <w:t xml:space="preserve">                "title":"a",</w:t>
        <w:br/>
        <w:t xml:space="preserve">                "duration":"00:00:44",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"videoId":"1b448be323b452641878b54f21241188_1",</w:t>
        <w:br/>
        <w:t xml:space="preserve">                "title":"合并美食视频",</w:t>
        <w:br/>
        <w:t xml:space="preserve">                "duration":"00:01:06",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"videoId":"1b448be323a8649edcfea26c0f870def_1",</w:t>
        <w:br/>
        <w:t xml:space="preserve">                "title":"pro_compress-w431sfrmnq.mp4",</w:t>
        <w:br/>
        <w:t xml:space="preserve">                "duration":"00:01:37",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"videoId":"1b448be323a6a1a6c0c237856f555e88_1",</w:t>
        <w:br/>
        <w:t xml:space="preserve">                "title":"hello,word",</w:t>
        <w:br/>
        <w:t xml:space="preserve">                "duration":"00:00:24",</w:t>
        <w:br/>
        <w:t xml:space="preserve">                "pcVideoView":1,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"videoId":"1b448be323a146649ad0cc89d0faed9c_1",</w:t>
        <w:br/>
        <w:t xml:space="preserve">                "title":"junit合并并修改_1",</w:t>
        <w:br/>
        <w:t xml:space="preserve">                "duration":"00:03:11",</w:t>
        <w:br/>
        <w:t xml:space="preserve">                "pcVideoView":1,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"videoId":"1b448be3239482977934f099f2ceaa0a_1",</w:t>
        <w:br/>
        <w:t xml:space="preserve">                "title":"测试异步上传视频1",</w:t>
        <w:br/>
        <w:t xml:space="preserve">                "duration":"00:00:17",</w:t>
        <w:br/>
        <w:t xml:space="preserve">                "pcVideoView":1,</w:t>
        <w:br/>
        <w:t xml:space="preserve">                "mobileVideoView":0</w:t>
        <w:br/>
        <w:t xml:space="preserve">            }</w:t>
        <w:br/>
        <w:t xml:space="preserve">        ],</w:t>
        <w:br/>
        <w:t xml:space="preserve">        "moVideoDailys":[</w:t>
        <w:br/>
        <w:t xml:space="preserve">            {</w:t>
        <w:br/>
        <w:t xml:space="preserve">                "videoId":"1b448be32370f4822ac40fd926112a66_1",</w:t>
        <w:br/>
        <w:t xml:space="preserve">                "title":"视频标题",</w:t>
        <w:br/>
        <w:t xml:space="preserve">                "duration":"00:00:45",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"videoId":"1b448be3233659acf35d430ba9210bd4_1",</w:t>
        <w:br/>
        <w:t xml:space="preserve">                "title":"junit-远程批量上传视频",</w:t>
        <w:br/>
        <w:t xml:space="preserve">                "duration":"00:01:25",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"videoId":"1b448be323d66f3dae8db5af9f1fdce6_1",</w:t>
        <w:br/>
        <w:t xml:space="preserve">                "title":"a",</w:t>
        <w:br/>
        <w:t xml:space="preserve">                "duration":"00:00:44",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"videoId":"1b448be323b452641878b54f21241188_1",</w:t>
        <w:br/>
        <w:t xml:space="preserve">                "title":"合并美食视频",</w:t>
        <w:br/>
        <w:t xml:space="preserve">                "duration":"00:01:06",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"videoId":"1b448be323a8649edcfea26c0f870def_1",</w:t>
        <w:br/>
        <w:t xml:space="preserve">                "title":"pro_compress-w431sfrmnq.mp4",</w:t>
        <w:br/>
        <w:t xml:space="preserve">                "duration":"00:01:37",</w:t>
        <w:br/>
        <w:t xml:space="preserve">                "pcVideoView":2,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"videoId":"1b448be323a6a1a6c0c237856f555e88_1",</w:t>
        <w:br/>
        <w:t xml:space="preserve">                "title":"hello,word",</w:t>
        <w:br/>
        <w:t xml:space="preserve">                "duration":"00:00:24",</w:t>
        <w:br/>
        <w:t xml:space="preserve">                "pcVideoView":1,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"videoId":"1b448be323a146649ad0cc89d0faed9c_1",</w:t>
        <w:br/>
        <w:t xml:space="preserve">                "title":"junit合并并修改_1",</w:t>
        <w:br/>
        <w:t xml:space="preserve">                "duration":"00:03:11",</w:t>
        <w:br/>
        <w:t xml:space="preserve">                "pcVideoView":1,</w:t>
        <w:br/>
        <w:t xml:space="preserve">                "mobileVideoView":0</w:t>
        <w:br/>
        <w:t xml:space="preserve">            },</w:t>
        <w:br/>
        <w:t xml:space="preserve">            {</w:t>
        <w:br/>
        <w:t xml:space="preserve">                "videoId":"1b448be3239482977934f099f2ceaa0a_1",</w:t>
        <w:br/>
        <w:t xml:space="preserve">                "title":"测试异步上传视频1",</w:t>
        <w:br/>
        <w:t xml:space="preserve">                "duration":"00:00:17",</w:t>
        <w:br/>
        <w:t xml:space="preserve">                "pcVideoView":1,</w:t>
        <w:br/>
        <w:t xml:space="preserve">                "mobileVideoView":0</w:t>
        <w:br/>
        <w:t xml:space="preserve">            }</w:t>
        <w:br/>
        <w:t xml:space="preserve">        ],</w:t>
        <w:br/>
        <w:t xml:space="preserve">        "totalPcVideoView":13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查询视频播放量排行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