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查询视频播放的时段分布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1、通过时间范围查询用户视频播放时段统计数据，播放后生成数据需间隔一到两小时，其中流量数据间隔一个自然日生成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http://api.polyv.net/v2/hourly/{userid}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2、请求参数中start（开始日期）与end（结束日期）需要同时传入，仅传一个参数不生效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3、同时传入dr（时间段）与start、end的情况下，仅start、end有效；都不传则dr为默认值7days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时间段，默认值为7days，最近7天today：今天yesterday：昨天this_week：本周last_week：上周7days：最近7天this_month：本月last_month：上个月this_year：今年last_year：去年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开始日期，格式为yyyy-MM-dd，例如：2021-03-31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结束日期，格式为yyyy-MM-dd，例如：2021-04-02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http://api.polyv.net/v2/hourly/1b448be323?sign=571A6C9924A207BF92635FE5661144844519E0F2&amp;ptime=1617785134079&amp;dr=last_month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响应成功返回视频播放时段统计数据，响应失败返回空【详见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currentHour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播放时段，单位小时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pc播放时长，格式为：时:分:秒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pc播放时长，单位为秒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pc消耗流量，单位为字节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移动端播放时长，格式为：时:分:秒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移动端消耗流量，单位为字节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移动端唯一观众量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and end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查询视频播放的时段分布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testGetPlayTimesByPeriod()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String.format("http://api.polyv.net/v2/hourly/%s", userId);</w:t>
        <w:br/>
        <w:t xml:space="preserve">    String dr = "last_month";</w:t>
        <w:br/>
        <w:t xml:space="preserve">    String start = "2021-03-31";</w:t>
        <w:br/>
        <w:t xml:space="preserve">    String end = "2021-04-02";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requestMap.put("dr", dr);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log.debug("测试查询视频播放的时段分布,{}",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[</w:t>
        <w:br/>
        <w:t xml:space="preserve">    {</w:t>
        <w:br/>
        <w:t xml:space="preserve">      "currentHour": 0,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1,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2,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3,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4,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5,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6,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7,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8,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9,</w:t>
        <w:br/>
        <w:t xml:space="preserve">      "formatPcPlayDuration": "00:00:21",</w:t>
        <w:br/>
        <w:t xml:space="preserve">      "pcPlayDuration": 21,</w:t>
        <w:br/>
        <w:t xml:space="preserve">      "pcFlowSize": 3627536,</w:t>
        <w:br/>
        <w:t xml:space="preserve">      "pcVideoView": 2,</w:t>
        <w:br/>
        <w:t xml:space="preserve">      "pcUniqueViewer": 2,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10,</w:t>
        <w:br/>
        <w:t xml:space="preserve">      "formatPcPlayDuration": "00:01:32",</w:t>
        <w:br/>
        <w:t xml:space="preserve">      "pcPlayDuration": 92,</w:t>
        <w:br/>
        <w:t xml:space="preserve">      "pcFlowSize": 43331003,</w:t>
        <w:br/>
        <w:t xml:space="preserve">      "pcVideoView": 6,</w:t>
        <w:br/>
        <w:t xml:space="preserve">      "pcUniqueViewer": 2,</w:t>
        <w:br/>
        <w:t xml:space="preserve">      "formatMobilePlayDuration": "00:02:35",</w:t>
        <w:br/>
        <w:t xml:space="preserve">      "mobilePlayDuration": 155,</w:t>
        <w:br/>
        <w:t xml:space="preserve">      "mobileFlowSize": 33535828,</w:t>
        <w:br/>
        <w:t xml:space="preserve">      "mobileVideoView": 3,</w:t>
        <w:br/>
        <w:t xml:space="preserve">      "mobileUniqueViewer": 1</w:t>
        <w:br/>
        <w:t xml:space="preserve">    },</w:t>
        <w:br/>
        <w:t xml:space="preserve">    {</w:t>
        <w:br/>
        <w:t xml:space="preserve">      "currentHour": 11,</w:t>
        <w:br/>
        <w:t xml:space="preserve">      "formatPcPlayDuration": "00:03:10",</w:t>
        <w:br/>
        <w:t xml:space="preserve">      "pcPlayDuration": 190,</w:t>
        <w:br/>
        <w:t xml:space="preserve">      "pcFlowSize": 76230820,</w:t>
        <w:br/>
        <w:t xml:space="preserve">      "pcVideoView": 13,</w:t>
        <w:br/>
        <w:t xml:space="preserve">      "pcUniqueViewer": 5,</w:t>
        <w:br/>
        <w:t xml:space="preserve">      "formatMobilePlayDuration": "00:00:40",</w:t>
        <w:br/>
        <w:t xml:space="preserve">      "mobilePlayDuration": 40,</w:t>
        <w:br/>
        <w:t xml:space="preserve">      "mobileFlowSize": 4046327,</w:t>
        <w:br/>
        <w:t xml:space="preserve">      "mobileVideoView": 1,</w:t>
        <w:br/>
        <w:t xml:space="preserve">      "mobileUniqueViewer": 1</w:t>
        <w:br/>
        <w:t xml:space="preserve">    },</w:t>
        <w:br/>
        <w:t xml:space="preserve">    {</w:t>
        <w:br/>
        <w:t xml:space="preserve">      "currentHour": 12,</w:t>
        <w:br/>
        <w:t xml:space="preserve">      "formatPcPlayDuration": "00:00:30",</w:t>
        <w:br/>
        <w:t xml:space="preserve">      "pcPlayDuration": 30,</w:t>
        <w:br/>
        <w:t xml:space="preserve">      "pcFlowSize": 18708078,</w:t>
        <w:br/>
        <w:t xml:space="preserve">      "pcVideoView": 3,</w:t>
        <w:br/>
        <w:t xml:space="preserve">      "pcUniqueViewer": 1,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13,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14,</w:t>
        <w:br/>
        <w:t xml:space="preserve">      "formatPcPlayDuration": "00:03:40",</w:t>
        <w:br/>
        <w:t xml:space="preserve">      "pcPlayDuration": 220,</w:t>
        <w:br/>
        <w:t xml:space="preserve">      "pcFlowSize": 99915723,</w:t>
        <w:br/>
        <w:t xml:space="preserve">      "pcVideoView": 13,</w:t>
        <w:br/>
        <w:t xml:space="preserve">      "pcUniqueViewer": 4,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15,</w:t>
        <w:br/>
        <w:t xml:space="preserve">      "formatPcPlayDuration": "00:02:53",</w:t>
        <w:br/>
        <w:t xml:space="preserve">      "pcPlayDuration": 173,</w:t>
        <w:br/>
        <w:t xml:space="preserve">      "pcFlowSize": 103330520,</w:t>
        <w:br/>
        <w:t xml:space="preserve">      "pcVideoView": 18,</w:t>
        <w:br/>
        <w:t xml:space="preserve">      "pcUniqueViewer": 5,</w:t>
        <w:br/>
        <w:t xml:space="preserve">      "formatMobilePlayDuration": "00:00:37",</w:t>
        <w:br/>
        <w:t xml:space="preserve">      "mobilePlayDuration": 37,</w:t>
        <w:br/>
        <w:t xml:space="preserve">      "mobileFlowSize": 5371656,</w:t>
        <w:br/>
        <w:t xml:space="preserve">      "mobileVideoView": 2,</w:t>
        <w:br/>
        <w:t xml:space="preserve">      "mobileUniqueViewer": 2</w:t>
        <w:br/>
        <w:t xml:space="preserve">    },</w:t>
        <w:br/>
        <w:t xml:space="preserve">    {</w:t>
        <w:br/>
        <w:t xml:space="preserve">      "currentHour": 16,</w:t>
        <w:br/>
        <w:t xml:space="preserve">      "formatPcPlayDuration": "00:06:23",</w:t>
        <w:br/>
        <w:t xml:space="preserve">      "pcPlayDuration": 383,</w:t>
        <w:br/>
        <w:t xml:space="preserve">      "pcFlowSize": 93677801,</w:t>
        <w:br/>
        <w:t xml:space="preserve">      "pcVideoView": 25,</w:t>
        <w:br/>
        <w:t xml:space="preserve">      "pcUniqueViewer": 5,</w:t>
        <w:br/>
        <w:t xml:space="preserve">      "formatMobilePlayDuration": "00:01:00",</w:t>
        <w:br/>
        <w:t xml:space="preserve">      "mobilePlayDuration": 60,</w:t>
        <w:br/>
        <w:t xml:space="preserve">      "mobileFlowSize": 22594584,</w:t>
        <w:br/>
        <w:t xml:space="preserve">      "mobileVideoView": 3,</w:t>
        <w:br/>
        <w:t xml:space="preserve">      "mobileUniqueViewer": 3</w:t>
        <w:br/>
        <w:t xml:space="preserve">    },</w:t>
        <w:br/>
        <w:t xml:space="preserve">    {</w:t>
        <w:br/>
        <w:t xml:space="preserve">      "currentHour": 17,</w:t>
        <w:br/>
        <w:t xml:space="preserve">      "formatPcPlayDuration": "00:08:08",</w:t>
        <w:br/>
        <w:t xml:space="preserve">      "pcPlayDuration": 488,</w:t>
        <w:br/>
        <w:t xml:space="preserve">      "pcFlowSize": 70086213,</w:t>
        <w:br/>
        <w:t xml:space="preserve">      "pcVideoView": 8,</w:t>
        <w:br/>
        <w:t xml:space="preserve">      "pcUniqueViewer": 5,</w:t>
        <w:br/>
        <w:t xml:space="preserve">      "formatMobilePlayDuration": "00:04:15",</w:t>
        <w:br/>
        <w:t xml:space="preserve">      "mobilePlayDuration": 255,</w:t>
        <w:br/>
        <w:t xml:space="preserve">      "mobileFlowSize": 67539370,</w:t>
        <w:br/>
        <w:t xml:space="preserve">      "mobileVideoView": 7,</w:t>
        <w:br/>
        <w:t xml:space="preserve">      "mobileUniqueViewer": 1</w:t>
        <w:br/>
        <w:t xml:space="preserve">    },</w:t>
        <w:br/>
        <w:t xml:space="preserve">    {</w:t>
        <w:br/>
        <w:t xml:space="preserve">      "currentHour": 18,</w:t>
        <w:br/>
        <w:t xml:space="preserve">      "formatPcPlayDuration": "00:01:53",</w:t>
        <w:br/>
        <w:t xml:space="preserve">      "pcPlayDuration": 113,</w:t>
        <w:br/>
        <w:t xml:space="preserve">      "pcFlowSize": 34434354,</w:t>
        <w:br/>
        <w:t xml:space="preserve">      "pcVideoView": 8,</w:t>
        <w:br/>
        <w:t xml:space="preserve">      "pcUniqueViewer": 3,</w:t>
        <w:br/>
        <w:t xml:space="preserve">      "formatMobilePlayDuration": "00:00:10",</w:t>
        <w:br/>
        <w:t xml:space="preserve">      "mobilePlayDuration": 10,</w:t>
        <w:br/>
        <w:t xml:space="preserve">      "mobileFlowSize": 1196895,</w:t>
        <w:br/>
        <w:t xml:space="preserve">      "mobileVideoView": 1,</w:t>
        <w:br/>
        <w:t xml:space="preserve">      "mobileUniqueViewer": 1</w:t>
        <w:br/>
        <w:t xml:space="preserve">    },</w:t>
        <w:br/>
        <w:t xml:space="preserve">    {</w:t>
        <w:br/>
        <w:t xml:space="preserve">      "currentHour": 19,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20,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21,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22,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},</w:t>
        <w:br/>
        <w:t xml:space="preserve">    {</w:t>
        <w:br/>
        <w:t xml:space="preserve">      "currentHour": 23,</w:t>
        <w:br/>
        <w:t xml:space="preserve">      "formatPcPlayDuration": "00:00:00",</w:t>
        <w:br/>
        <w:t xml:space="preserve">      "pcPlayDuration": 0,</w:t>
        <w:br/>
        <w:t xml:space="preserve">      "pcFlowSize": 0,</w:t>
        <w:br/>
        <w:t xml:space="preserve">      "pcVideoView": 0,</w:t>
        <w:br/>
        <w:t xml:space="preserve">      "pcUniqueViewer": 0,</w:t>
        <w:br/>
        <w:t xml:space="preserve">      "formatMobilePlayDuration": "00:00:00",</w:t>
        <w:br/>
        <w:t xml:space="preserve">      "mobilePlayDuration": 0,</w:t>
        <w:br/>
        <w:t xml:space="preserve">      "mobileFlowSize": 0,</w:t>
        <w:br/>
        <w:t xml:space="preserve">      "mobileVideoView": 0,</w:t>
        <w:br/>
        <w:t xml:space="preserve">      "mobileUniqueViewer": 0</w:t>
        <w:br/>
        <w:t xml:space="preserve">    }</w:t>
        <w:br/>
        <w:t xml:space="preserve">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查询视频播放的时段分布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