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查询播放时长统计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1、通过视频id和时间范围查询单个或全部视频的播放时长统计数据，播放后生成数据需间隔一到两小时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http://api.polyv.net/v2/play-duration/{userid}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视频id，不传则查询用户所有视频的播放时长数据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时间段，默认值为7days，最近7天today：今天yesterday：昨天this_week：本周last_week：上周7days：最近7天this_month：本月last_month：上个月this_year：今年last_year：去年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开始日期，格式为yyyy-MM-dd，例如：2021-03-30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结束日期，格式为yyyy-MM-dd，例如：2021-04-01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http://api.polyv.net/v2/play-duration/1b448be323?vid=1b448be323b8d9b9489dcd7e8e09f087_1&amp;start=2021-03-30&amp;sign=645AB5A43A556E6D6AF8A577C287266E0BC822D1&amp;end=2021-04-01&amp;ptime=1617767033059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响应成功返回视频播放时长统计数据，响应失败返回空【详见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数据生成日期，格式为：yyyy-MM-dd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格式化的pc端播放时长，格式为：时:分:秒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pc端视频平均播放时长，单位秒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格式化的pc端视频平均播放时长，格式为：时:分:秒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pc端人均播放时长，单位秒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格式化的pc端人均播放时长，格式为：时:分:秒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格式化的移动端播放时长，格式为：时:分:秒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移动端视频平均播放时长，单位秒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格式化的移动端视频平均播放时长，格式为：时:分:秒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移动端人均播放时长，单位秒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格式化的移动端人均播放时长，格式为：时:分:秒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查询播放时长统计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testGetPlayDuration()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String.format("http://api.polyv.net/v2/play-duration/%s", userId);</w:t>
        <w:br/>
        <w:t xml:space="preserve">    String vid = "1b448be323b8d9b9489dcd7e8e09f087_1";</w:t>
        <w:br/>
        <w:t xml:space="preserve">    String dr = "last_month";</w:t>
        <w:br/>
        <w:t xml:space="preserve">    String start = "2021-03-30";</w:t>
        <w:br/>
        <w:t xml:space="preserve">    String end = "2021-04-01";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log.debug("测试查询播放时长统计,{}",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"currentDay": "2021-03-30",</w:t>
        <w:br/>
        <w:t xml:space="preserve">            "pcPlayDuration": 0,</w:t>
        <w:br/>
        <w:t xml:space="preserve">            "formatPcPlayDuration": "00:00:00",</w:t>
        <w:br/>
        <w:t xml:space="preserve">            "pcPlayDurationVideoAvg": 0,</w:t>
        <w:br/>
        <w:t xml:space="preserve">            "formatPcPlayDurationVideoAvg": "00:00:00",</w:t>
        <w:br/>
        <w:t xml:space="preserve">            "pcPlayDurationPersonAvg": 0,</w:t>
        <w:br/>
        <w:t xml:space="preserve">            "formatPcPlayDurationPersonAvg": "00:00:00",</w:t>
        <w:br/>
        <w:t xml:space="preserve">            "mobilePlayDuration": 0,</w:t>
        <w:br/>
        <w:t xml:space="preserve">            "formatMobilePlayDuration": "00:00:00",</w:t>
        <w:br/>
        <w:t xml:space="preserve">            "mobilePlayDurationVideoAvg": 0,</w:t>
        <w:br/>
        <w:t xml:space="preserve">            "formatMobilePlayDurationVideoAvg": "00:00:00",</w:t>
        <w:br/>
        <w:t xml:space="preserve">            "mobilePlayDurationPersonAvg": 0,</w:t>
        <w:br/>
        <w:t xml:space="preserve">            "formatMobilePlayDurationPersonAvg": "00:00:00"</w:t>
        <w:br/>
        <w:t xml:space="preserve">        },</w:t>
        <w:br/>
        <w:t xml:space="preserve">        {</w:t>
        <w:br/>
        <w:t xml:space="preserve">            "currentDay": "2021-03-31",</w:t>
        <w:br/>
        <w:t xml:space="preserve">            "pcPlayDuration": 1,</w:t>
        <w:br/>
        <w:t xml:space="preserve">            "formatPcPlayDuration": "00:00:01",</w:t>
        <w:br/>
        <w:t xml:space="preserve">            "pcPlayDurationVideoAvg": 1,</w:t>
        <w:br/>
        <w:t xml:space="preserve">            "formatPcPlayDurationVideoAvg": "00:00:01",</w:t>
        <w:br/>
        <w:t xml:space="preserve">            "pcPlayDurationPersonAvg": 1,</w:t>
        <w:br/>
        <w:t xml:space="preserve">            "formatPcPlayDurationPersonAvg": "00:00:01",</w:t>
        <w:br/>
        <w:t xml:space="preserve">            "mobilePlayDuration": 0,</w:t>
        <w:br/>
        <w:t xml:space="preserve">            "formatMobilePlayDuration": "00:00:00",</w:t>
        <w:br/>
        <w:t xml:space="preserve">            "mobilePlayDurationVideoAvg": 0,</w:t>
        <w:br/>
        <w:t xml:space="preserve">            "formatMobilePlayDurationVideoAvg": "00:00:00",</w:t>
        <w:br/>
        <w:t xml:space="preserve">            "mobilePlayDurationPersonAvg": 0,</w:t>
        <w:br/>
        <w:t xml:space="preserve">            "formatMobilePlayDurationPersonAvg": "00:00:00"</w:t>
        <w:br/>
        <w:t xml:space="preserve">        },</w:t>
        <w:br/>
        <w:t xml:space="preserve">        {</w:t>
        <w:br/>
        <w:t xml:space="preserve">            "currentDay": "2021-04-01",</w:t>
        <w:br/>
        <w:t xml:space="preserve">            "pcPlayDuration": 0,</w:t>
        <w:br/>
        <w:t xml:space="preserve">            "formatPcPlayDuration": "00:00:00",</w:t>
        <w:br/>
        <w:t xml:space="preserve">            "pcPlayDurationVideoAvg": 0,</w:t>
        <w:br/>
        <w:t xml:space="preserve">            "formatPcPlayDurationVideoAvg": "00:00:00",</w:t>
        <w:br/>
        <w:t xml:space="preserve">            "pcPlayDurationPersonAvg": 0,</w:t>
        <w:br/>
        <w:t xml:space="preserve">            "formatPcPlayDurationPersonAvg": "00:00:00",</w:t>
        <w:br/>
        <w:t xml:space="preserve">            "mobilePlayDuration": 0,</w:t>
        <w:br/>
        <w:t xml:space="preserve">            "formatMobilePlayDuration": "00:00:00",</w:t>
        <w:br/>
        <w:t xml:space="preserve">            "mobilePlayDurationVideoAvg": 0,</w:t>
        <w:br/>
        <w:t xml:space="preserve">            "formatMobilePlayDurationVideoAvg": "00:00:00",</w:t>
        <w:br/>
        <w:t xml:space="preserve">            "mobilePlayDurationPersonAvg": 0,</w:t>
        <w:br/>
        <w:t xml:space="preserve">            "formatMobilePlayDurationPersonAvg": "00:00:00"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查询播放时长统计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