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查询单个视频的观看热点统计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1、通过日期区间查询单个视频的观看热点统计数据，从播放行为产生到数据可查询的间隔时间为1~2小时</w:t>
        <w:br/>
        <w:t>2、接口URL中的{userid}为点播账号userid，具体参考【获取密钥】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http://api.polyv.net/v2/videohot/{userid}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时间段，具体值为以下几个，默认值为7daystoday：今天yesterday：昨天this_week：本周last_week：上周7days：最近7天this_month：本月last_month：上个月this_year：今年 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开始日期，格式为：yyyy-MM-dd，例如：2021-03-31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结束日期，格式为：yyyy-MM-dd，例如：2021-04-08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https://api.polyv.net/v2/videohot/1b448be323?vid=1b448be323a146649ad0cc89d0faed9c_1&amp;start=2021-01-31&amp;sign=7AC8B4D6D1D8056F62B6BEE43384C372B2FFC318&amp;end=2021-04-8&amp;ptime=1620801920583&amp;dr=this_year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响应成功时返回观看热点统计信息【详见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】,响应失败时返回空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统计的时间点，单位秒，统计周期为6秒一次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invalid.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查询单个视频的观看热点统计</w:t>
        <w:br/>
        <w:t xml:space="preserve"> */</w:t>
        <w:br/>
        <w:t>@Test</w:t>
        <w:br/>
        <w:t>public void testGetHotspotStat()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String.format("https://api.polyv.net/v2/videohot/%s", userId);</w:t>
        <w:br/>
        <w:t xml:space="preserve">    String vid = "1b448be323a146649ad0cc89d0faed9c_1";</w:t>
        <w:br/>
        <w:t xml:space="preserve">    String dr = "this_year";</w:t>
        <w:br/>
        <w:t xml:space="preserve">    String start = "2021-01-31";</w:t>
        <w:br/>
        <w:t xml:space="preserve">    String end = "2021-04-8";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requestMap.put("vid",vid);</w:t>
        <w:br/>
        <w:t xml:space="preserve">    requestMap.put("start", start);</w:t>
        <w:br/>
        <w:t xml:space="preserve">    requestMap.put("end", end);</w:t>
        <w:br/>
        <w:t xml:space="preserve">    requestMap.put("dr",dr);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log.debug("测试查询单个视频的观看热点统计,{}",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[{</w:t>
        <w:br/>
        <w:tab/>
        <w:tab/>
        <w:t>"second": 1,</w:t>
        <w:br/>
        <w:tab/>
        <w:tab/>
        <w:t>"viewcount": 1</w:t>
        <w:br/>
        <w:tab/>
        <w:t>}, {</w:t>
        <w:br/>
        <w:tab/>
        <w:tab/>
        <w:t>"second": 7,</w:t>
        <w:br/>
        <w:tab/>
        <w:tab/>
        <w:t>"viewcount": 1</w:t>
        <w:br/>
        <w:tab/>
        <w:t>}, {</w:t>
        <w:br/>
        <w:tab/>
        <w:tab/>
        <w:t>"second": 13,</w:t>
        <w:br/>
        <w:tab/>
        <w:tab/>
        <w:t>"viewcount": 1</w:t>
        <w:br/>
        <w:tab/>
        <w:t>}, {</w:t>
        <w:br/>
        <w:tab/>
        <w:tab/>
        <w:t>"second": 19,</w:t>
        <w:br/>
        <w:tab/>
        <w:tab/>
        <w:t>"viewcount": 1</w:t>
        <w:br/>
        <w:tab/>
        <w:t>}, {</w:t>
        <w:br/>
        <w:tab/>
        <w:tab/>
        <w:t>"second": 25,</w:t>
        <w:br/>
        <w:tab/>
        <w:tab/>
        <w:t>"viewcount": 1</w:t>
        <w:br/>
        <w:tab/>
        <w:t>}, {</w:t>
        <w:br/>
        <w:tab/>
        <w:tab/>
        <w:t>"second": 31,</w:t>
        <w:br/>
        <w:tab/>
        <w:tab/>
        <w:t>"viewcount": 1</w:t>
        <w:br/>
        <w:tab/>
        <w:t>}, {</w:t>
        <w:br/>
        <w:tab/>
        <w:tab/>
        <w:t>"second": 37,</w:t>
        <w:br/>
        <w:tab/>
        <w:tab/>
        <w:t>"viewcount": 2</w:t>
        <w:br/>
        <w:tab/>
        <w:t>}, {</w:t>
        <w:br/>
        <w:tab/>
        <w:tab/>
        <w:t>"second": 43,</w:t>
        <w:br/>
        <w:tab/>
        <w:tab/>
        <w:t>"viewcount": 1</w:t>
        <w:br/>
        <w:tab/>
        <w:t>}, {</w:t>
        <w:br/>
        <w:tab/>
        <w:tab/>
        <w:t>"second": 49,</w:t>
        <w:br/>
        <w:tab/>
        <w:tab/>
        <w:t>"viewcount": 1</w:t>
        <w:br/>
        <w:tab/>
        <w:t>}, {</w:t>
        <w:br/>
        <w:tab/>
        <w:tab/>
        <w:t>"second": 55,</w:t>
        <w:br/>
        <w:tab/>
        <w:tab/>
        <w:t>"viewcount": 1</w:t>
        <w:br/>
        <w:tab/>
        <w:t>}, {</w:t>
        <w:br/>
        <w:tab/>
        <w:tab/>
        <w:t>"second": 61,</w:t>
        <w:br/>
        <w:tab/>
        <w:tab/>
        <w:t>"viewcount": 1</w:t>
        <w:br/>
        <w:tab/>
        <w:t>}, {</w:t>
        <w:br/>
        <w:tab/>
        <w:tab/>
        <w:t>"second": 67,</w:t>
        <w:br/>
        <w:tab/>
        <w:tab/>
        <w:t>"viewcount": 1</w:t>
        <w:br/>
        <w:tab/>
        <w:t>}, {</w:t>
        <w:br/>
        <w:tab/>
        <w:tab/>
        <w:t>"second": 73,</w:t>
        <w:br/>
        <w:tab/>
        <w:tab/>
        <w:t>"viewcount": 1</w:t>
        <w:br/>
        <w:tab/>
        <w:t>}, {</w:t>
        <w:br/>
        <w:tab/>
        <w:tab/>
        <w:t>"second": 79,</w:t>
        <w:br/>
        <w:tab/>
        <w:tab/>
        <w:t>"viewcount": 2</w:t>
        <w:br/>
        <w:tab/>
        <w:t>}, {</w:t>
        <w:br/>
        <w:tab/>
        <w:tab/>
        <w:t>"second": 85,</w:t>
        <w:br/>
        <w:tab/>
        <w:tab/>
        <w:t>"viewcount": 1</w:t>
        <w:br/>
        <w:tab/>
        <w:t>}, {</w:t>
        <w:br/>
        <w:tab/>
        <w:tab/>
        <w:t>"second": 91,</w:t>
        <w:br/>
        <w:tab/>
        <w:tab/>
        <w:t>"viewcount": 1</w:t>
        <w:br/>
        <w:tab/>
        <w:t>}, {</w:t>
        <w:br/>
        <w:tab/>
        <w:tab/>
        <w:t>"second": 97,</w:t>
        <w:br/>
        <w:tab/>
        <w:tab/>
        <w:t>"viewcount": 1</w:t>
        <w:br/>
        <w:tab/>
        <w:t>}, {</w:t>
        <w:br/>
        <w:tab/>
        <w:tab/>
        <w:t>"second": 103,</w:t>
        <w:br/>
        <w:tab/>
        <w:tab/>
        <w:t>"viewcount": 1</w:t>
        <w:br/>
        <w:tab/>
        <w:t>}, {</w:t>
        <w:br/>
        <w:tab/>
        <w:tab/>
        <w:t>"second": 109,</w:t>
        <w:br/>
        <w:tab/>
        <w:tab/>
        <w:t>"viewcount": 2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查询单个视频的观看热点统计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