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查询视频播放的域名分布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1、通过视频id查询视频播放域名分布数据</w:t>
        <w:br/>
        <w:t>2、从播放行为产生到数据可查询的间隔时间为1~2小时</w:t>
        <w:br/>
        <w:t>3、响应参数消耗流量（PCFlowSize字段）的计算依赖于CDN日志，为了保证数据完整性，流量数据需要间隔一个自然日才会生成</w:t>
        <w:br/>
        <w:t>4、接口URL中的{userid}为点播账号userid，具体参考【获取密钥】</w:t>
        <w:br/>
        <w:t>5、接口支持https协议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http://api.polyv.net/v2/domain/{userid}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2、请求参数中start（开始日期）与end（结束日期）需要同时传入，仅传一个参数不生效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3、同时传入dr（时间段）与start、end的情况下，仅start、end有效；都不传则dr为默认值7days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当前时间的毫秒级时间戳，3分钟内有效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签名，为40位大写的SHA1值,生成签名的secretkey密钥作为通信数据安全的关键信息，严禁保存在客户端直接使用，所有API都必须通过客户自己服务器中转调用POLYV服务器获取响应数据【详见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时间段，具体值为以下几个，默认值为7daystoday：今天yesterday：昨天this_week：本周last_week：上周7days：最近7天this_month：本月last_month：上个月this_year：今年 last_year：去年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开始日期，格式为：yyyy-MM-dd，例如：2021-04-07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结束日期，格式为：yyyy-MM-dd，例如：2021-04-10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http://api.polyv.net/v2/domain/1b448be323?vid=1b448be323fb327a42539cbb788913b4_1&amp;start=2021-03-16&amp;sign=0134324F43514CC31B2F9F30273B4953BE37CB9C&amp;end=2021-03-24&amp;ptime=1617875628750&amp;dr=last_month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响应成功时返回域名统计信息【详见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】，响应失败时返回空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字段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domain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域名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pcPlayDuration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pc端播放时长（单位：秒）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pcFlowSize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pc端消耗流量（单位：字节）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pcVideoView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pc端总播放量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pcUniqueViewer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pc端唯一观众数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mobilePlayDuration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移动端播放时长（单位：秒）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mobileVideoView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移动端播放量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mobileUniqueViewer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移动端唯一观众数</w:t>
            </w:r>
          </w:p>
        </w:tc>
      </w:tr>
    </w:tbl>
    <w:p>
      <w:pPr>
        <w:spacing w:after="40"/>
      </w:pPr>
    </w:p>
    <w:p>
      <w:pPr>
        <w:pStyle w:val="Heading2"/>
      </w:pPr>
      <w:r>
        <w:t>返回错误代码列表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错误代码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 can not be empty.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加密串为空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 is too old.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时间戳过期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ptime is illegal.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时间戳参数格式不对或者超过当前时间3分钟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Could not find user by userid.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userid不存在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the sign is not right.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加密串不正确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401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 and end illegal.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start日期大于end日期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500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query failed.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后台程序抛异常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VodSignUtil.java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点播Java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完成API的功能对接，点播Java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LoggerFactory.getLogger(VodVideoAdvertising.class);</w:t>
        <w:br/>
        <w:t>/**</w:t>
        <w:br/>
        <w:t xml:space="preserve"> * 查询视频播放的域名分布</w:t>
        <w:br/>
        <w:t xml:space="preserve"> * @throws Exception</w:t>
        <w:br/>
        <w:t xml:space="preserve"> * @throws NoSuchAlgorithmException</w:t>
        <w:br/>
        <w:t xml:space="preserve"> */</w:t>
        <w:br/>
        <w:t>@Test</w:t>
        <w:br/>
        <w:t>public void testGetDomainStat() throws Exception, NoSuchAlgorithmException {</w:t>
        <w:br/>
        <w:t xml:space="preserve">    //公共参数,填写自己的实际参数</w:t>
        <w:br/>
        <w:t xml:space="preserve">    String secretKey = super.secretKey;</w:t>
        <w:br/>
        <w:t xml:space="preserve">    String userId = super.userId;</w:t>
        <w:br/>
        <w:t xml:space="preserve">    String ptime = String.valueOf(System.currentTimeMillis());</w:t>
        <w:br/>
        <w:t xml:space="preserve">    //业务参数</w:t>
        <w:br/>
        <w:t xml:space="preserve">    String url = String.format("http://api.polyv.net/v2/domain/%s", userId);</w:t>
        <w:br/>
        <w:t xml:space="preserve">    String vid = "1b448be323fb327a42539cbb788913b4_1";</w:t>
        <w:br/>
        <w:t xml:space="preserve">    String dr = "last_month";</w:t>
        <w:br/>
        <w:t xml:space="preserve">    String start = "2021-03-16";</w:t>
        <w:br/>
        <w:t xml:space="preserve">    String end = "2021-03-24";</w:t>
        <w:br/>
        <w:br/>
        <w:t xml:space="preserve">    Map&lt;String, String&gt; requestMap = new HashMap&lt;&gt;();</w:t>
        <w:br/>
        <w:t xml:space="preserve">    requestMap.put("ptime", ptime);</w:t>
        <w:br/>
        <w:t xml:space="preserve">    requestMap.put("vid", vid);</w:t>
        <w:br/>
        <w:t xml:space="preserve">    requestMap.put("dr", dr);</w:t>
        <w:br/>
        <w:t xml:space="preserve">    requestMap.put("start", start);</w:t>
        <w:br/>
        <w:t xml:space="preserve">    requestMap.put("end", end);</w:t>
        <w:br/>
        <w:t xml:space="preserve">    requestMap.put("sign", VodSignUtil.getSign(requestMap, secretKey));</w:t>
        <w:br/>
        <w:br/>
        <w:t xml:space="preserve">    String response = HttpUtil.get(url, requestMap);</w:t>
        <w:br/>
        <w:t xml:space="preserve">    log.debug("测试查询视频播放的域名分布,{}",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ab/>
        <w:t>"code": 200,</w:t>
        <w:br/>
        <w:tab/>
        <w:t>"status": "success",</w:t>
        <w:br/>
        <w:tab/>
        <w:t>"message": "success",</w:t>
        <w:br/>
        <w:tab/>
        <w:t>"data": [{</w:t>
        <w:br/>
        <w:tab/>
        <w:tab/>
        <w:t>"domain": "share.plvideo.cn",</w:t>
        <w:br/>
        <w:tab/>
        <w:tab/>
        <w:t>"pcPlayDuration": 141,</w:t>
        <w:br/>
        <w:tab/>
        <w:tab/>
        <w:t>"pcFlowSize": 18318463,</w:t>
        <w:br/>
        <w:tab/>
        <w:tab/>
        <w:t>"pcVideoView": 12,</w:t>
        <w:br/>
        <w:tab/>
        <w:tab/>
        <w:t>"pcUniqueViewer": 2,</w:t>
        <w:br/>
        <w:tab/>
        <w:tab/>
        <w:t>"mobilePlayDuration": 57,</w:t>
        <w:br/>
        <w:tab/>
        <w:tab/>
        <w:t>"mobileVideoView": 4,</w:t>
        <w:br/>
        <w:tab/>
        <w:tab/>
        <w:t>"mobileUniqueViewer": 3</w:t>
        <w:br/>
        <w:tab/>
        <w:t>}, {</w:t>
        <w:br/>
        <w:tab/>
        <w:tab/>
        <w:t>"domain": "my.polyv.net",</w:t>
        <w:br/>
        <w:tab/>
        <w:tab/>
        <w:t>"pcPlayDuration": 29,</w:t>
        <w:br/>
        <w:tab/>
        <w:tab/>
        <w:t>"pcFlowSize": 19190397,</w:t>
        <w:br/>
        <w:tab/>
        <w:tab/>
        <w:t>"pcVideoView": 3,</w:t>
        <w:br/>
        <w:tab/>
        <w:tab/>
        <w:t>"pcUniqueViewer": 2,</w:t>
        <w:br/>
        <w:tab/>
        <w:tab/>
        <w:t>"mobilePlayDuration": 0,</w:t>
        <w:br/>
        <w:tab/>
        <w:tab/>
        <w:t>"mobileVideoView": 0,</w:t>
        <w:br/>
        <w:tab/>
        <w:tab/>
        <w:t>"mobileUniqueViewer": 0</w:t>
        <w:br/>
        <w:tab/>
        <w:t>}, {</w:t>
        <w:br/>
        <w:tab/>
        <w:tab/>
        <w:t>"domain": "live.polyv.net",</w:t>
        <w:br/>
        <w:tab/>
        <w:tab/>
        <w:t>"pcPlayDuration": 6,</w:t>
        <w:br/>
        <w:tab/>
        <w:tab/>
        <w:t>"pcFlowSize": 4158970,</w:t>
        <w:br/>
        <w:tab/>
        <w:tab/>
        <w:t>"pcVideoView": 1,</w:t>
        <w:br/>
        <w:tab/>
        <w:tab/>
        <w:t>"pcUniqueViewer": 1,</w:t>
        <w:br/>
        <w:tab/>
        <w:tab/>
        <w:t>"mobilePlayDuration": 0,</w:t>
        <w:br/>
        <w:tab/>
        <w:tab/>
        <w:t>"mobileVideoView": 0,</w:t>
        <w:br/>
        <w:tab/>
        <w:tab/>
        <w:t>"mobileUniqueViewer": 0</w:t>
        <w:br/>
        <w:tab/>
        <w:t>}, {</w:t>
        <w:br/>
        <w:tab/>
        <w:tab/>
        <w:t>"domain": "live.polyv.cn",</w:t>
        <w:br/>
        <w:tab/>
        <w:tab/>
        <w:t>"pcPlayDuration": 14,</w:t>
        <w:br/>
        <w:tab/>
        <w:tab/>
        <w:t>"pcFlowSize": 2563379,</w:t>
        <w:br/>
        <w:tab/>
        <w:tab/>
        <w:t>"pcVideoView": 1,</w:t>
        <w:br/>
        <w:tab/>
        <w:tab/>
        <w:t>"pcUniqueViewer": 1,</w:t>
        <w:br/>
        <w:tab/>
        <w:tab/>
        <w:t>"mobilePlayDuration": 0,</w:t>
        <w:br/>
        <w:tab/>
        <w:tab/>
        <w:t>"mobileVideoView": 0,</w:t>
        <w:br/>
        <w:tab/>
        <w:tab/>
        <w:t>"mobileUniqueViewer": 0</w:t>
        <w:br/>
        <w:tab/>
        <w:t>}]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"code": 400,</w:t>
        <w:br/>
        <w:t xml:space="preserve">  "status": "error",</w:t>
        <w:br/>
        <w:t xml:space="preserve">  "message": "ptime is too old.",</w:t>
        <w:br/>
        <w:t xml:space="preserve">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查询视频播放的域名分布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