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查询某一天的视频观看日志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1、通过具体时间查询观看日志</w:t>
        <w:br/>
        <w:t>2、从播放行为产生到数据可查询的间隔时间为1~2小时</w:t>
        <w:br/>
        <w:t>3、响应参数消耗流量（flowSize字段）的计算依赖于CDN日志，为了保证数据完整性，流量数据需要间隔一个自然日才会生成</w:t>
        <w:br/>
        <w:t>4、接口URL中的{userid}为点播账号userid，具体参考【获取密钥】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http://api.polyv.net/v2/data/{userid}/viewlog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2、sign（签名）的拼接规则是：userid=参数&amp;ptime=参数&amp;day=参数secretkey，并和sign一起通过url传递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需查询日志信息的具体时间，格式：yyyyMMdd，例如：20210407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范围查询，需查询日志信息的具体时分秒，格式：HHmmss，例如：000000，timeStart和timeEnd需要搭配使用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范围查询，需查询日志信息的具体时分秒，格式：HHmmss，例如：235959，timeStart和timeEnd需要搭配使用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返回的数据格式，默认返回json格式xml：返回xml格式json：返回json格式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分类id，注意视频id和分类id为空时，获取账号当天所有视频日志；当视频id为空、分类id不为空时，查询对应分类下的日志；当视频id不为空时查询对应视频的日志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用户自定义id，当和sessionId同时传递时，会以viewerId为准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http://api.polyv.net/v2/data/1b448be323/viewlog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vid=1b448be323615635294a548b3c8a9953_1&amp;sign=AD77F4AFEFA3D3DE07BDD31503A363A21D1A4536&amp;cataid=1602671097888&amp;type=json&amp;ptime=1617847185866&amp;day=20210407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响应成功时返回日志详细信息【详见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POLYV用户ID，和保利威官网一致，获取路径：官网-&gt;登录-&gt;点播（API接口）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播放时长，单位为秒（用户观看的总时间，例如：18:00开始看一个视频，看到了18:30，这30分钟就是播放时长）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缓存时长，单位为秒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播放时间，单位为秒（用户观看的最后时间，例如：停止观看视频的时候，进度条最后的分钟数为35分钟，播放时间就是35分钟）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流量大小，单位为字节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用户自定义参数，如学员id等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param1/2/3/4/5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currentHour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日志创建时间（24小时制小时数），例如：18，表示下午六点创建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用户观看渠道vod_ios_sdk：ios端vod_android_sdk：安卓端vod_flash：flashvod_wechat_mini_program：微信小程序vod_pc_html5：pc端webvod_mobile_html5：移动端webvod_mobile_html5_v2：移动端web v2polyv-android-sdk: 安卓端投屏polyv-ios-vod-sdk: ios端投屏vod_wechat_plugin: 小程序插件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日志创建时间，13位毫秒级的时间戳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日志更新日期，13位毫秒级的时间戳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br/>
        <w:t>/**</w:t>
        <w:br/>
        <w:t xml:space="preserve"> * 查询某一天的视频观看日志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testGetDailyViewlog()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String.format("http://api.polyv.net/v2/data/%s/viewlog", userId);</w:t>
        <w:br/>
        <w:t xml:space="preserve">    String day = "20210407";</w:t>
        <w:br/>
        <w:t xml:space="preserve">    String type = "json";</w:t>
        <w:br/>
        <w:t xml:space="preserve">    String vid = "1b448be323615635294a548b3c8a9953_1";</w:t>
        <w:br/>
        <w:t xml:space="preserve">    String cataid = "1602671097888";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requestMap.put("day", day);</w:t>
        <w:br/>
        <w:t xml:space="preserve">    requestMap.put("type", type);</w:t>
        <w:br/>
        <w:t xml:space="preserve">    requestMap.put("vid", vid);</w:t>
        <w:br/>
        <w:t xml:space="preserve">    requestMap.put("cataid", cataid);</w:t>
        <w:br/>
        <w:br/>
        <w:t xml:space="preserve">    //系统只对部分参数进行签名</w:t>
        <w:br/>
        <w:t xml:space="preserve">    Map&lt;String, String&gt; signMap = new HashMap&lt;&gt;();</w:t>
        <w:br/>
        <w:t xml:space="preserve">    signMap.put("userid", userId);</w:t>
        <w:br/>
        <w:t xml:space="preserve">    signMap.put("ptime", ptime);</w:t>
        <w:br/>
        <w:t xml:space="preserve">    signMap.put("day", day);</w:t>
        <w:br/>
        <w:t xml:space="preserve">    requestMap.put("sign", VodSignUtil.getSign(signMap, secretKey));</w:t>
        <w:br/>
        <w:br/>
        <w:t xml:space="preserve">    String response = HttpUtil.postFormBody(url, requestMap);</w:t>
        <w:br/>
        <w:t xml:space="preserve">    log.debug("测试查询某一天的视频观看日志,{}",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[{</w:t>
        <w:br/>
        <w:tab/>
        <w:tab/>
        <w:t>"playId": "1617789715498X1074620",</w:t>
        <w:br/>
        <w:tab/>
        <w:tab/>
        <w:t>"userId": "1b448be323",</w:t>
        <w:br/>
        <w:tab/>
        <w:tab/>
        <w:t>"videoId": "1b448be323615635294a548b3c8a9953_1",</w:t>
        <w:br/>
        <w:tab/>
        <w:tab/>
        <w:t>"playDuration": 6,</w:t>
        <w:br/>
        <w:tab/>
        <w:tab/>
        <w:t>"stayDuration": 10,</w:t>
        <w:br/>
        <w:tab/>
        <w:tab/>
        <w:t>"currentTimes": 2,</w:t>
        <w:br/>
        <w:tab/>
        <w:tab/>
        <w:t>"duration": 11,</w:t>
        <w:br/>
        <w:tab/>
        <w:tab/>
        <w:t>"flowSize": 0,</w:t>
        <w:br/>
        <w:tab/>
        <w:tab/>
        <w:t>"sessionId": "",</w:t>
        <w:br/>
        <w:tab/>
        <w:tab/>
        <w:t>"param1": "",</w:t>
        <w:br/>
        <w:tab/>
        <w:tab/>
        <w:t>"param2": "",</w:t>
        <w:br/>
        <w:tab/>
        <w:tab/>
        <w:t>"param3": "",</w:t>
        <w:br/>
        <w:tab/>
        <w:tab/>
        <w:t>"param4": "",</w:t>
        <w:br/>
        <w:tab/>
        <w:tab/>
        <w:t>"param5": "",</w:t>
        <w:br/>
        <w:tab/>
        <w:tab/>
        <w:t>"ipAddress": "xxxxxxx",</w:t>
        <w:br/>
        <w:tab/>
        <w:tab/>
        <w:t>"country": "中国",</w:t>
        <w:br/>
        <w:tab/>
        <w:tab/>
        <w:t>"province": "湖南",</w:t>
        <w:br/>
        <w:tab/>
        <w:tab/>
        <w:t>"city": "长沙",</w:t>
        <w:br/>
        <w:tab/>
        <w:tab/>
        <w:t>"isp": "湖南电信",</w:t>
        <w:br/>
        <w:tab/>
        <w:tab/>
        <w:t>"referer": "https://share.plvideo.cn/front/video/preview?vid=1b448be323615635294a548b3c8a9953_1",</w:t>
        <w:br/>
        <w:tab/>
        <w:tab/>
        <w:t>"userAgent": "Mozilla/5.0 (Windows NT 10.0; Win64; x64) AppleWebKit/537.36 (KHTML, like Gecko) Chrome/89.0.4389.114 Safari/537.36",</w:t>
        <w:br/>
        <w:tab/>
        <w:tab/>
        <w:t>"operatingSystem": "Windows",</w:t>
        <w:br/>
        <w:tab/>
        <w:tab/>
        <w:t>"browser": "Chrome",</w:t>
        <w:br/>
        <w:tab/>
        <w:tab/>
        <w:t>"isMobile": "N",</w:t>
        <w:br/>
        <w:tab/>
        <w:tab/>
        <w:t>"currentDay": "2021-04-07",</w:t>
        <w:br/>
        <w:tab/>
        <w:tab/>
        <w:t>"currentHour": 18,</w:t>
        <w:br/>
        <w:tab/>
        <w:tab/>
        <w:t>"createdTime": 1617790069000,</w:t>
        <w:br/>
        <w:tab/>
        <w:tab/>
        <w:t>"lastModified": 1617800772000,</w:t>
        <w:br/>
        <w:tab/>
        <w:tab/>
        <w:t>"viewerId": "",</w:t>
        <w:br/>
        <w:tab/>
        <w:tab/>
        <w:t>"viewerName": "",</w:t>
        <w:br/>
        <w:tab/>
        <w:tab/>
        <w:t>"viewSource": "vod_pc_html5"</w:t>
        <w:br/>
        <w:tab/>
        <w:t>}, {</w:t>
        <w:br/>
        <w:tab/>
        <w:tab/>
        <w:t>"playId": "1617766244609X1752092",</w:t>
        <w:br/>
        <w:tab/>
        <w:tab/>
        <w:t>"userId": "1b448be323",</w:t>
        <w:br/>
        <w:tab/>
        <w:tab/>
        <w:t>"videoId": "1b448be323615635294a548b3c8a9953_1",</w:t>
        <w:br/>
        <w:tab/>
        <w:tab/>
        <w:t>"playDuration": 7,</w:t>
        <w:br/>
        <w:tab/>
        <w:tab/>
        <w:t>"stayDuration": 10,</w:t>
        <w:br/>
        <w:tab/>
        <w:tab/>
        <w:t>"currentTimes": 10,</w:t>
        <w:br/>
        <w:tab/>
        <w:tab/>
        <w:t>"duration": 11,</w:t>
        <w:br/>
        <w:tab/>
        <w:tab/>
        <w:t>"flowSize": 0,</w:t>
        <w:br/>
        <w:tab/>
        <w:tab/>
        <w:t>"sessionId": "",</w:t>
        <w:br/>
        <w:tab/>
        <w:tab/>
        <w:t>"param1": "",</w:t>
        <w:br/>
        <w:tab/>
        <w:tab/>
        <w:t>"param2": "",</w:t>
        <w:br/>
        <w:tab/>
        <w:tab/>
        <w:t>"param3": "",</w:t>
        <w:br/>
        <w:tab/>
        <w:tab/>
        <w:t>"param4": "",</w:t>
        <w:br/>
        <w:tab/>
        <w:tab/>
        <w:t>"param5": "",</w:t>
        <w:br/>
        <w:tab/>
        <w:tab/>
        <w:t>"ipAddress": "xxxxxxx",</w:t>
        <w:br/>
        <w:tab/>
        <w:tab/>
        <w:t>"country": "中国",</w:t>
        <w:br/>
        <w:tab/>
        <w:tab/>
        <w:t>"province": "湖南",</w:t>
        <w:br/>
        <w:tab/>
        <w:tab/>
        <w:t>"city": "长沙",</w:t>
        <w:br/>
        <w:tab/>
        <w:tab/>
        <w:t>"isp": "湖南电信",</w:t>
        <w:br/>
        <w:tab/>
        <w:tab/>
        <w:t>"referer": "https://my.polyv.net/secure/video/",</w:t>
        <w:br/>
        <w:tab/>
        <w:tab/>
        <w:t>"userAgent": "Mozilla/5.0 (Windows NT 10.0; Win64; x64) AppleWebKit/537.36 (KHTML, like Gecko) Chrome/89.0.4389.114 Safari/537.36 Edg/89.0.774.68",</w:t>
        <w:br/>
        <w:tab/>
        <w:tab/>
        <w:t>"operatingSystem": "Windows",</w:t>
        <w:br/>
        <w:tab/>
        <w:tab/>
        <w:t>"browser": "Chrome",</w:t>
        <w:br/>
        <w:tab/>
        <w:tab/>
        <w:t>"isMobile": "N",</w:t>
        <w:br/>
        <w:tab/>
        <w:tab/>
        <w:t>"currentDay": "2021-04-07",</w:t>
        <w:br/>
        <w:tab/>
        <w:tab/>
        <w:t>"currentHour": 11,</w:t>
        <w:br/>
        <w:tab/>
        <w:tab/>
        <w:t>"createdTime": 1617766571000,</w:t>
        <w:br/>
        <w:tab/>
        <w:tab/>
        <w:t>"lastModified": 1617777096000,</w:t>
        <w:br/>
        <w:tab/>
        <w:tab/>
        <w:t>"viewerId": "",</w:t>
        <w:br/>
        <w:tab/>
        <w:tab/>
        <w:t>"viewerName": "",</w:t>
        <w:br/>
        <w:tab/>
        <w:tab/>
        <w:t>"viewSource": "vod_pc_html5"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查询某一天的视频观看日志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