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查询分类目录的空间占用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1、通过分类id查询分类目录的空间占用情况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http://api.polyv.net/v2/cata/size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目录分类id，默认为1，表示默认分类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http://api.polyv.net/v2/cata/size?sign=75FA8B9593C80D848A645680C2464E3181C379B9&amp;cataid=1&amp;userId=1b448be323&amp;ptime=1617849301530&amp;userid=1b448be323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响应成功时返回分类目录下的占用空间大小，单位：字节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 is blank.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用户名为空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cataid不存在.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cataid格式不正确.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cataid不是纯数字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获取失败.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后台发生错误异常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查询成功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查询分类目录的空间占用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testGetCategorySpaceUsage()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"http://api.polyv.net/v2/cata/size";</w:t>
        <w:br/>
        <w:t xml:space="preserve">    String cataid = "1602300731843";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requestMap.put("cataid", cataid);</w:t>
        <w:br/>
        <w:t xml:space="preserve">    requestMap.put("userid", userId);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log.debug("测试查询分类目录的空间占用,{}",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"data":474409450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查询分类目录的空间占用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