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分类统计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1、查询分类下视频播放情况及消耗流量汇总数据</w:t>
        <w:br/>
        <w:t>2、接口URL中的{userid}为点播账号userid，具体参考菜单【使用须知】-&gt;【获取密钥】</w:t>
        <w:br/>
        <w:t>3、从播放行为产生到数据可查询的间隔时间为1~2小时，流量消耗（flowSize字段）的计算依赖于CDN日志，为了保证数据完整性，流量数据需要间隔一个自然日才会生成</w:t>
        <w:br/>
        <w:t>4、分类统计功能需开通使用</w:t>
        <w:br/>
        <w:t>5、接口支持https协议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http://api.polyv.net/v2/cata/{userid}/stats-info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2、请求参数中startDate（开始日期）与endDate（结束日期）需要同时传入，仅传一个参数不生效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3、同时传入dr（时间段）与startDate、endDate的情况下，仅startDate、endDate有效；都不传则dr为默认值7days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时间段，具体值为以下几个，默认值为7daystoday：今天yesterday：昨天this_week：本周last_week：上周7days：最近7天this_month：本月last_month：上个月this_year：今年 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开始日期，格式为：yyyy-MM-dd，例如：2021-04-07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结束日期，格式为：yyyy-MM-dd，例如：2021-04-10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containSubCategory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是否包含子分类的数据Y：是N：否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http://api.polyv.net/v2/cata/1b448be323/stats-info?endDate=2021-09-07&amp;containSubCategory=Y&amp;sign=E83FE698438024F0A1AA81D589DB5690952C9AAC&amp;cataid=1&amp;ptime=1631242976511&amp;startDate=2021-09-02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响应成功时返回分类统计数据【详见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日期，格式为：yyyy-MM-dd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PC端消耗流量，单位：字节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移动端消耗流量，单位：字节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分类统计接口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testGetStatsInfo()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"http://api.polyv.net/v2/cata/" + userId + "/stats-info";</w:t>
        <w:br/>
        <w:br/>
        <w:t xml:space="preserve">    String dr = "this_month";</w:t>
        <w:br/>
        <w:t xml:space="preserve">    String startDate = "2021-09-02";</w:t>
        <w:br/>
        <w:t xml:space="preserve">    String endDate = "2021-09-07";</w:t>
        <w:br/>
        <w:t xml:space="preserve">    String cataid = "1";</w:t>
        <w:br/>
        <w:t xml:space="preserve">    String containSubCategory = "Y";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requestMap.put("startDate", startDate);</w:t>
        <w:br/>
        <w:t xml:space="preserve">    requestMap.put("endDate", endDate);</w:t>
        <w:br/>
        <w:t xml:space="preserve">    requestMap.put("cataid", cataid);</w:t>
        <w:br/>
        <w:t xml:space="preserve">    requestMap.put("containSubCategory", containSubCategory);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log.debug("测试分类统计接口,{}", response);</w:t>
        <w:br/>
        <w:t xml:space="preserve">    //do somethings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"current": "2021-09-02",</w:t>
        <w:br/>
        <w:t xml:space="preserve">            "pcFlowSize": 0,</w:t>
        <w:br/>
        <w:t xml:space="preserve">            "pcVideoView": 1,</w:t>
        <w:br/>
        <w:t xml:space="preserve">            "pcPlayDuration": 117,</w:t>
        <w:br/>
        <w:t xml:space="preserve">            "mobileFlowSize": 56787796,</w:t>
        <w:br/>
        <w:t xml:space="preserve">            "mobileVideoView": 3,</w:t>
        <w:br/>
        <w:t xml:space="preserve">            "mobilePlayDuration": 223,</w:t>
        <w:br/>
        <w:t xml:space="preserve">            "pcUniqueViewer": 1,</w:t>
        <w:br/>
        <w:t xml:space="preserve">            "mobileUniqueViewer": 2</w:t>
        <w:br/>
        <w:t xml:space="preserve">        },</w:t>
        <w:br/>
        <w:t xml:space="preserve">        {</w:t>
        <w:br/>
        <w:t xml:space="preserve">            "current": "2021-09-03",</w:t>
        <w:br/>
        <w:t xml:space="preserve">            "pcFlowSize": 4113247,</w:t>
        <w:br/>
        <w:t xml:space="preserve">            "pcVideoView": 1,</w:t>
        <w:br/>
        <w:t xml:space="preserve">            "pcPlayDuration": 17,</w:t>
        <w:br/>
        <w:t xml:space="preserve">            "mobileFlowSize": 0,</w:t>
        <w:br/>
        <w:t xml:space="preserve">            "mobileVideoView": 0,</w:t>
        <w:br/>
        <w:t xml:space="preserve">            "mobilePlayDuration": 0,</w:t>
        <w:br/>
        <w:t xml:space="preserve">            "pcUniqueViewer": 1,</w:t>
        <w:br/>
        <w:t xml:space="preserve">            "mobileUniqueViewer": 0</w:t>
        <w:br/>
        <w:t xml:space="preserve">        },</w:t>
        <w:br/>
        <w:t xml:space="preserve">        {</w:t>
        <w:br/>
        <w:t xml:space="preserve">            "current": "2021-09-04",</w:t>
        <w:br/>
        <w:t xml:space="preserve">            "pcFlowSize": 0,</w:t>
        <w:br/>
        <w:t xml:space="preserve">            "pcVideoView": 0,</w:t>
        <w:br/>
        <w:t xml:space="preserve">            "pcPlayDuration": 0,</w:t>
        <w:br/>
        <w:t xml:space="preserve">            "mobileFlowSize": 0,</w:t>
        <w:br/>
        <w:t xml:space="preserve">            "mobileVideoView": 0,</w:t>
        <w:br/>
        <w:t xml:space="preserve">            "mobilePlayDuration": 0,</w:t>
        <w:br/>
        <w:t xml:space="preserve">            "pcUniqueViewer": 0,</w:t>
        <w:br/>
        <w:t xml:space="preserve">            "mobileUniqueViewer": 0</w:t>
        <w:br/>
        <w:t xml:space="preserve">        },</w:t>
        <w:br/>
        <w:t xml:space="preserve">        {</w:t>
        <w:br/>
        <w:t xml:space="preserve">            "current": "2021-09-05",</w:t>
        <w:br/>
        <w:t xml:space="preserve">            "pcFlowSize": 0,</w:t>
        <w:br/>
        <w:t xml:space="preserve">            "pcVideoView": 0,</w:t>
        <w:br/>
        <w:t xml:space="preserve">            "pcPlayDuration": 0,</w:t>
        <w:br/>
        <w:t xml:space="preserve">            "mobileFlowSize": 0,</w:t>
        <w:br/>
        <w:t xml:space="preserve">            "mobileVideoView": 0,</w:t>
        <w:br/>
        <w:t xml:space="preserve">            "mobilePlayDuration": 0,</w:t>
        <w:br/>
        <w:t xml:space="preserve">            "pcUniqueViewer": 0,</w:t>
        <w:br/>
        <w:t xml:space="preserve">            "mobileUniqueViewer": 0</w:t>
        <w:br/>
        <w:t xml:space="preserve">        },</w:t>
        <w:br/>
        <w:t xml:space="preserve">        {</w:t>
        <w:br/>
        <w:t xml:space="preserve">            "current": "2021-09-06",</w:t>
        <w:br/>
        <w:t xml:space="preserve">            "pcFlowSize": 0,</w:t>
        <w:br/>
        <w:t xml:space="preserve">            "pcVideoView": 0,</w:t>
        <w:br/>
        <w:t xml:space="preserve">            "pcPlayDuration": 0,</w:t>
        <w:br/>
        <w:t xml:space="preserve">            "mobileFlowSize": 0,</w:t>
        <w:br/>
        <w:t xml:space="preserve">            "mobileVideoView": 0,</w:t>
        <w:br/>
        <w:t xml:space="preserve">            "mobilePlayDuration": 0,</w:t>
        <w:br/>
        <w:t xml:space="preserve">            "pcUniqueViewer": 0,</w:t>
        <w:br/>
        <w:t xml:space="preserve">            "mobileUniqueViewer": 0</w:t>
        <w:br/>
        <w:t xml:space="preserve">        },</w:t>
        <w:br/>
        <w:t xml:space="preserve">        {</w:t>
        <w:br/>
        <w:t xml:space="preserve">            "current": "2021-09-07",</w:t>
        <w:br/>
        <w:t xml:space="preserve">            "pcFlowSize": 0,</w:t>
        <w:br/>
        <w:t xml:space="preserve">            "pcVideoView": 0,</w:t>
        <w:br/>
        <w:t xml:space="preserve">            "pcPlayDuration": 0,</w:t>
        <w:br/>
        <w:t xml:space="preserve">            "mobileFlowSize": 12627,</w:t>
        <w:br/>
        <w:t xml:space="preserve">            "mobileVideoView": 0,</w:t>
        <w:br/>
        <w:t xml:space="preserve">            "mobilePlayDuration": 0,</w:t>
        <w:br/>
        <w:t xml:space="preserve">            "pcUniqueViewer": 0,</w:t>
        <w:br/>
        <w:t xml:space="preserve">            "mobileUniqueViewer": 0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分类统计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