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查询观众分析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1、通过观众id查询观众分析</w:t>
        <w:br/>
        <w:t>2、接口URL中的{userid}为点播账号userid，具体参考【获取密钥】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http://api.polyv.net/v2/advance/viewer/{userid}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2、高级分析功能介绍详见：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视频高级分析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3、由于数据量和计算量大，数据分析结果次日才可查询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自定义观众id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http://api.polyv.net/v2/advance/viewer/1b448be323?viewerId=1555313336634&amp;sign=2178D4B940BA22F790D642341947E87631C7C455&amp;ptime=1617790781595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响应成功时返回观众分析详细数据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POLYV用户ID，和保利威官网一致，获取路径：官网-&gt;登录-&gt;点播（API接口）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viewerAatar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firstWatchTime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首次观看时间，13位毫秒级时间戳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lastWatchTime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最后观看时间，13位毫秒级时间戳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totalVideoCount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观看视频总数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totalWatchDuration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观看总时长，单位：秒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avgCompletionRate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平均观看完成度</w:t>
            </w:r>
          </w:p>
        </w:tc>
      </w:tr>
    </w:tbl>
    <w:p>
      <w:pPr>
        <w:spacing w:after="40"/>
      </w:pPr>
    </w:p>
    <w:p>
      <w:pPr>
        <w:pStyle w:val="Heading3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ptime超出当前时间3分钟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 is blank.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cannot find the viewer analytics data.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查不到对应的观众分析数据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 viewer analytics failed.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查询观众分析数据失败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 viewer analytics failed. please check the backend log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后台抛异常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LoggerFactory.getLogger(VodBigdataTest.class);</w:t>
        <w:br/>
        <w:t>/**</w:t>
        <w:br/>
        <w:t xml:space="preserve"> * 查询观众分析</w:t>
        <w:br/>
        <w:t xml:space="preserve"> */</w:t>
        <w:br/>
        <w:t>@Test</w:t>
        <w:br/>
        <w:t>public void testGetViewerAnalysis()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String.format("http://api.polyv.net/v2/advance/viewer/%s", userId);</w:t>
        <w:br/>
        <w:t xml:space="preserve">    String viewerId = "1555313336634";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requestMap.put("viewerId", viewerId);</w:t>
        <w:br/>
        <w:br/>
        <w:t xml:space="preserve">    requestMap.put("sign", VodSignUtil.getSign(requestMap, secretKey));</w:t>
        <w:br/>
        <w:t xml:space="preserve">    String response = HttpUtil.get(url, requestMap);</w:t>
        <w:br/>
        <w:t xml:space="preserve">    log.debug("测试查询观众分析，{}",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{</w:t>
        <w:br/>
        <w:tab/>
        <w:tab/>
        <w:t>"userId": "1b448be323",</w:t>
        <w:br/>
        <w:tab/>
        <w:tab/>
        <w:t>"viewerId": "1555313336634",</w:t>
        <w:br/>
        <w:tab/>
        <w:tab/>
        <w:t>"viewerNickName": "polyv_user_junit",</w:t>
        <w:br/>
        <w:tab/>
        <w:tab/>
        <w:t>"viewerAatar": null,</w:t>
        <w:br/>
        <w:tab/>
        <w:tab/>
        <w:t>"ip": "xxxxxxx",</w:t>
        <w:br/>
        <w:tab/>
        <w:tab/>
        <w:t>"firstWatchTime": 1617014826000,</w:t>
        <w:br/>
        <w:tab/>
        <w:tab/>
        <w:t>"lastWatchTime": 1617014871000,</w:t>
        <w:br/>
        <w:tab/>
        <w:tab/>
        <w:t>"totalVideoCount": 1,</w:t>
        <w:br/>
        <w:tab/>
        <w:tab/>
        <w:t>"totalWatchDuration": 68,</w:t>
        <w:br/>
        <w:tab/>
        <w:tab/>
        <w:t>"avgCompletionRate": 0.261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查询观众分析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