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查询观看行为分析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1、通过时间区间分页查询观看行为分析数据</w:t>
        <w:br/>
        <w:t>2、接口URL中的{userid}为点播账号userid，具体参考菜单【使用须知】-&gt;【获取密钥】</w:t>
        <w:br/>
        <w:t>3、观看完成度=用户观看有效时长/视频时长，例如：视频A时长为50分钟，用户观看了第0~20分钟，拖拽进度条后观看了第10~30分钟，此时用户有效观看时长为30分钟，则完成度为 30/50=60%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http://api.polyv.net/v2/advance/play/{userid}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2、高级分析功能介绍详见：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4、查询的时间跨度不超过31天；当start有值而end为空时，返回开始日期后31天后的数据；当start为空而end不为空时，返回结束日期前31天内的数据；当start、end参数均为空时，返回最近31天的数据。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开始时间，格式：yyyy-MM-dd或者yyyy-MM-dd HH:mm:ss，查询范围不超过31天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结束时间，格式：yyyy-MM-dd或者yyyy-MM-dd HH:mm:ss，查询范围不超过31天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每页取多少条数据（最大为20，超过则默认取20条数据）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自定义观看者id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视频id，不传查当前账号下所有视频的观看行为分析数据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下一页的凭证，从当前页的返回数据里获取，第一页不需要传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http://api.polyv.net/v2/advance/play/1b448be323?vid=1b448be323ae991b1dfc5136597618d1_1&amp;start=2021-03-10+15%3A21%3A01&amp;sign=12BD21B68CE506562F6C79B7615254EB668B2DFB&amp;pageSize=5&amp;end=2021-04-07+15%3A21%3A01&amp;ptime=1617786046170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响应成功时返回观看行为分析详细数据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观看的详细数据【详见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查询下一页时传的凭证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是否有下一页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首次观看日期，格式：yyyy-MM-dd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视频首图链接地址（没有添加协议头）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agentName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agentVersion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观看者观看的视频总量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热力图（["0-1:1","3-4:2"]表示视频的0到1秒有1次观看，3到4秒有2次观看）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观看完成度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视频状态60/61：已发布10：等待编码20：正在编码50：等待审核51：审核不通过-1：已删除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ptime超出当前时间3分钟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date or end date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start或者end参数格式有问题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 range exceeds 31 days.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start和end参数相差超过31天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play list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后台获取数据失败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play list failed. please check the backend log.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LoggerFactory.getLogger(VodBigdataTest.class);</w:t>
        <w:br/>
        <w:br/>
        <w:t>/**</w:t>
        <w:br/>
        <w:t xml:space="preserve"> * 查询观看行为分析</w:t>
        <w:br/>
        <w:t xml:space="preserve"> */</w:t>
        <w:br/>
        <w:t>@Test</w:t>
        <w:br/>
        <w:t>public void testGetPlayAnalysis()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String.format("http://api.polyv.net/v2/advance/play/%s", userId);</w:t>
        <w:br/>
        <w:t xml:space="preserve">    String start = "2021-03-10 15:21:01";</w:t>
        <w:br/>
        <w:t xml:space="preserve">    String end = "2021-04-07 15:21:01";</w:t>
        <w:br/>
        <w:t xml:space="preserve">    String pageSize = "5";</w:t>
        <w:br/>
        <w:t xml:space="preserve">    String vid = "1b448be323ae991b1dfc5136597618d1_1";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requestMap.put("start", start);</w:t>
        <w:br/>
        <w:t xml:space="preserve">    requestMap.put("end", end);</w:t>
        <w:br/>
        <w:t xml:space="preserve">    requestMap.put("pageSize", pageSize);</w:t>
        <w:br/>
        <w:t xml:space="preserve">    requestMap.put("vid", vid);</w:t>
        <w:br/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log.debug("测试查询观看行为分析，{}",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"pageSize": 5,</w:t>
        <w:br/>
        <w:tab/>
        <w:tab/>
        <w:t>"contents": [{</w:t>
        <w:br/>
        <w:tab/>
        <w:tab/>
        <w:tab/>
        <w:t>"startTime": "2021-04-06 16:29:06",</w:t>
        <w:br/>
        <w:tab/>
        <w:tab/>
        <w:tab/>
        <w:t>"videoId": "1b448be323ae991b1dfc5136597618d1_1",</w:t>
        <w:br/>
        <w:tab/>
        <w:tab/>
        <w:tab/>
        <w:t>"videoName": "小猫2",</w:t>
        <w:br/>
        <w:tab/>
        <w:tab/>
        <w:tab/>
        <w:t>"videoImage": "//img.videocc.net/uimage/1/1b448be323/first_image/cd09cde7-acb0-4662-b24d-fee4b4e3f885_s.jpg",</w:t>
        <w:br/>
        <w:tab/>
        <w:tab/>
        <w:tab/>
        <w:t>"videoDuration": 15,</w:t>
        <w:br/>
        <w:tab/>
        <w:tab/>
        <w:tab/>
        <w:t>"deviceClass": "Desktop",</w:t>
        <w:br/>
        <w:tab/>
        <w:tab/>
        <w:tab/>
        <w:t>"osName": "Windows NT",</w:t>
        <w:br/>
        <w:tab/>
        <w:tab/>
        <w:tab/>
        <w:t>"osVersion": "10.0",</w:t>
        <w:br/>
        <w:tab/>
        <w:tab/>
        <w:tab/>
        <w:t>"agentName": "Edge",</w:t>
        <w:br/>
        <w:tab/>
        <w:tab/>
        <w:tab/>
        <w:t>"agentVersion": "89.0.774.68",</w:t>
        <w:br/>
        <w:tab/>
        <w:tab/>
        <w:tab/>
        <w:t>"referer": "https://share.plvideo.cn/front/video/preview?vid=1b448be323ae991b1dfc5136597618d1_1",</w:t>
        <w:br/>
        <w:tab/>
        <w:tab/>
        <w:tab/>
        <w:t>"ip": "xxxxxxx",</w:t>
        <w:br/>
        <w:tab/>
        <w:tab/>
        <w:tab/>
        <w:t>"country": "中国",</w:t>
        <w:br/>
        <w:tab/>
        <w:tab/>
        <w:tab/>
        <w:t>"province": "湖南",</w:t>
        <w:br/>
        <w:tab/>
        <w:tab/>
        <w:tab/>
        <w:t>"city": "长沙",</w:t>
        <w:br/>
        <w:tab/>
        <w:tab/>
        <w:tab/>
        <w:t>"isp": "中国电信",</w:t>
        <w:br/>
        <w:tab/>
        <w:tab/>
        <w:tab/>
        <w:t>"viewerId": "N/A",</w:t>
        <w:br/>
        <w:tab/>
        <w:tab/>
        <w:tab/>
        <w:t>"viewerNickName": "N/A",</w:t>
        <w:br/>
        <w:tab/>
        <w:tab/>
        <w:tab/>
        <w:t>"viewerAvatar": "N/A",</w:t>
        <w:br/>
        <w:tab/>
        <w:tab/>
        <w:tab/>
        <w:t>"totalVideoCount": 0,</w:t>
        <w:br/>
        <w:tab/>
        <w:tab/>
        <w:tab/>
        <w:t>"heatmap": "[\"0-15:1\"]",</w:t>
        <w:br/>
        <w:tab/>
        <w:tab/>
        <w:tab/>
        <w:t>"completionRate": 1.0,</w:t>
        <w:br/>
        <w:tab/>
        <w:tab/>
        <w:tab/>
        <w:t>"status": 61,</w:t>
        <w:br/>
        <w:tab/>
        <w:tab/>
        <w:tab/>
        <w:t>"playId": "1617697736110X1071695"</w:t>
        <w:br/>
        <w:tab/>
        <w:tab/>
        <w:t>}, {</w:t>
        <w:br/>
        <w:tab/>
        <w:tab/>
        <w:tab/>
        <w:t>"startTime": "2021-04-02 17:11:48",</w:t>
        <w:br/>
        <w:tab/>
        <w:tab/>
        <w:tab/>
        <w:t>"videoId": "1b448be323ae991b1dfc5136597618d1_1",</w:t>
        <w:br/>
        <w:tab/>
        <w:tab/>
        <w:tab/>
        <w:t>"videoName": "小猫2",</w:t>
        <w:br/>
        <w:tab/>
        <w:tab/>
        <w:tab/>
        <w:t>"videoImage": "//img.videocc.net/uimage/1/1b448be323/first_image/cd09cde7-acb0-4662-b24d-fee4b4e3f885_s.jpg",</w:t>
        <w:br/>
        <w:tab/>
        <w:tab/>
        <w:tab/>
        <w:t>"videoDuration": 15,</w:t>
        <w:br/>
        <w:tab/>
        <w:tab/>
        <w:tab/>
        <w:t>"deviceClass": "Desktop",</w:t>
        <w:br/>
        <w:tab/>
        <w:tab/>
        <w:tab/>
        <w:t>"osName": "Windows NT",</w:t>
        <w:br/>
        <w:tab/>
        <w:tab/>
        <w:tab/>
        <w:t>"osVersion": "10.0",</w:t>
        <w:br/>
        <w:tab/>
        <w:tab/>
        <w:tab/>
        <w:t>"agentName": "Edge",</w:t>
        <w:br/>
        <w:tab/>
        <w:tab/>
        <w:tab/>
        <w:t>"agentVersion": "89.0.774.63",</w:t>
        <w:br/>
        <w:tab/>
        <w:tab/>
        <w:tab/>
        <w:t>"referer": "https://share.plvideo.cn/front/video/preview?vid=1b448be323ae991b1dfc5136597618d1_1",</w:t>
        <w:br/>
        <w:tab/>
        <w:tab/>
        <w:tab/>
        <w:t>"ip": "xxxxxxx",</w:t>
        <w:br/>
        <w:tab/>
        <w:tab/>
        <w:tab/>
        <w:t>"country": "中国",</w:t>
        <w:br/>
        <w:tab/>
        <w:tab/>
        <w:tab/>
        <w:t>"province": "湖南",</w:t>
        <w:br/>
        <w:tab/>
        <w:tab/>
        <w:tab/>
        <w:t>"city": "长沙",</w:t>
        <w:br/>
        <w:tab/>
        <w:tab/>
        <w:tab/>
        <w:t>"isp": "中国电信",</w:t>
        <w:br/>
        <w:tab/>
        <w:tab/>
        <w:tab/>
        <w:t>"viewerId": "N/A",</w:t>
        <w:br/>
        <w:tab/>
        <w:tab/>
        <w:tab/>
        <w:t>"viewerNickName": "N/A",</w:t>
        <w:br/>
        <w:tab/>
        <w:tab/>
        <w:tab/>
        <w:t>"viewerAvatar": "N/A",</w:t>
        <w:br/>
        <w:tab/>
        <w:tab/>
        <w:tab/>
        <w:t>"totalVideoCount": 0,</w:t>
        <w:br/>
        <w:tab/>
        <w:tab/>
        <w:tab/>
        <w:t>"heatmap": "[\"0-15:1\"]",</w:t>
        <w:br/>
        <w:tab/>
        <w:tab/>
        <w:tab/>
        <w:t>"completionRate": 1.0,</w:t>
        <w:br/>
        <w:tab/>
        <w:tab/>
        <w:tab/>
        <w:t>"status": 61,</w:t>
        <w:br/>
        <w:tab/>
        <w:tab/>
        <w:tab/>
        <w:t>"playId": "1617354698104X1597608"</w:t>
        <w:br/>
        <w:tab/>
        <w:tab/>
        <w:t>}, {</w:t>
        <w:br/>
        <w:tab/>
        <w:tab/>
        <w:tab/>
        <w:t>"startTime": "2021-03-31 16:28:14",</w:t>
        <w:br/>
        <w:tab/>
        <w:tab/>
        <w:tab/>
        <w:t>"videoId": "1b448be323ae991b1dfc5136597618d1_1",</w:t>
        <w:br/>
        <w:tab/>
        <w:tab/>
        <w:tab/>
        <w:t>"videoName": "小猫2",</w:t>
        <w:br/>
        <w:tab/>
        <w:tab/>
        <w:tab/>
        <w:t>"videoImage": "//img.videocc.net/uimage/1/1b448be323/first_image/cd09cde7-acb0-4662-b24d-fee4b4e3f885_s.jpg",</w:t>
        <w:br/>
        <w:tab/>
        <w:tab/>
        <w:tab/>
        <w:t>"videoDuration": 15,</w:t>
        <w:br/>
        <w:tab/>
        <w:tab/>
        <w:tab/>
        <w:t>"deviceClass": "Desktop",</w:t>
        <w:br/>
        <w:tab/>
        <w:tab/>
        <w:tab/>
        <w:t>"osName": "Windows NT",</w:t>
        <w:br/>
        <w:tab/>
        <w:tab/>
        <w:tab/>
        <w:t>"osVersion": "10.0",</w:t>
        <w:br/>
        <w:tab/>
        <w:tab/>
        <w:tab/>
        <w:t>"agentName": "Edge",</w:t>
        <w:br/>
        <w:tab/>
        <w:tab/>
        <w:tab/>
        <w:t>"agentVersion": "89.0.774.63",</w:t>
        <w:br/>
        <w:tab/>
        <w:tab/>
        <w:tab/>
        <w:t>"referer": "https://share.plvideo.cn/front/video/preview?vid=1b448be323ae991b1dfc5136597618d1_1",</w:t>
        <w:br/>
        <w:tab/>
        <w:tab/>
        <w:tab/>
        <w:t>"ip": "xxxxxxx",</w:t>
        <w:br/>
        <w:tab/>
        <w:tab/>
        <w:tab/>
        <w:t>"country": "中国",</w:t>
        <w:br/>
        <w:tab/>
        <w:tab/>
        <w:tab/>
        <w:t>"province": "湖南",</w:t>
        <w:br/>
        <w:tab/>
        <w:tab/>
        <w:tab/>
        <w:t>"city": "长沙",</w:t>
        <w:br/>
        <w:tab/>
        <w:tab/>
        <w:tab/>
        <w:t>"isp": "中国电信",</w:t>
        <w:br/>
        <w:tab/>
        <w:tab/>
        <w:tab/>
        <w:t>"viewerId": "N/A",</w:t>
        <w:br/>
        <w:tab/>
        <w:tab/>
        <w:tab/>
        <w:t>"viewerNickName": "N/A",</w:t>
        <w:br/>
        <w:tab/>
        <w:tab/>
        <w:tab/>
        <w:t>"viewerAvatar": "N/A",</w:t>
        <w:br/>
        <w:tab/>
        <w:tab/>
        <w:tab/>
        <w:t>"totalVideoCount": 0,</w:t>
        <w:br/>
        <w:tab/>
        <w:tab/>
        <w:tab/>
        <w:t>"heatmap": "[\"0-15:1\"]",</w:t>
        <w:br/>
        <w:tab/>
        <w:tab/>
        <w:tab/>
        <w:t>"completionRate": 1.0,</w:t>
        <w:br/>
        <w:tab/>
        <w:tab/>
        <w:tab/>
        <w:t>"status": 61,</w:t>
        <w:br/>
        <w:tab/>
        <w:tab/>
        <w:tab/>
        <w:t>"playId": "1617179283819X1803923"</w:t>
        <w:br/>
        <w:tab/>
        <w:tab/>
        <w:t>}, {</w:t>
        <w:br/>
        <w:tab/>
        <w:tab/>
        <w:tab/>
        <w:t>"startTime": "2021-03-31 16:26:10",</w:t>
        <w:br/>
        <w:tab/>
        <w:tab/>
        <w:tab/>
        <w:t>"videoId": "1b448be323ae991b1dfc5136597618d1_1",</w:t>
        <w:br/>
        <w:tab/>
        <w:tab/>
        <w:tab/>
        <w:t>"videoName": "小猫2",</w:t>
        <w:br/>
        <w:tab/>
        <w:tab/>
        <w:tab/>
        <w:t>"videoImage": "//img.videocc.net/uimage/1/1b448be323/first_image/cd09cde7-acb0-4662-b24d-fee4b4e3f885_s.jpg",</w:t>
        <w:br/>
        <w:tab/>
        <w:tab/>
        <w:tab/>
        <w:t>"videoDuration": 15,</w:t>
        <w:br/>
        <w:tab/>
        <w:tab/>
        <w:tab/>
        <w:t>"deviceClass": "Phone",</w:t>
        <w:br/>
        <w:tab/>
        <w:tab/>
        <w:tab/>
        <w:t>"osName": "Android",</w:t>
        <w:br/>
        <w:tab/>
        <w:tab/>
        <w:tab/>
        <w:t>"osVersion": "6.0",</w:t>
        <w:br/>
        <w:tab/>
        <w:tab/>
        <w:tab/>
        <w:t>"agentName": "WeChat",</w:t>
        <w:br/>
        <w:tab/>
        <w:tab/>
        <w:tab/>
        <w:t>"agentVersion": "8.0.2.1860",</w:t>
        <w:br/>
        <w:tab/>
        <w:tab/>
        <w:tab/>
        <w:t>"referer": "https://share.plvideo.cn/front/video/view?vid=1b448be323ae991b1dfc5136597618d1_1",</w:t>
        <w:br/>
        <w:tab/>
        <w:tab/>
        <w:tab/>
        <w:t>"ip": "xxxxxxx",</w:t>
        <w:br/>
        <w:tab/>
        <w:tab/>
        <w:tab/>
        <w:t>"country": "中国",</w:t>
        <w:br/>
        <w:tab/>
        <w:tab/>
        <w:tab/>
        <w:t>"province": "湖南",</w:t>
        <w:br/>
        <w:tab/>
        <w:tab/>
        <w:tab/>
        <w:t>"city": "长沙",</w:t>
        <w:br/>
        <w:tab/>
        <w:tab/>
        <w:tab/>
        <w:t>"isp": "中国电信",</w:t>
        <w:br/>
        <w:tab/>
        <w:tab/>
        <w:tab/>
        <w:t>"viewerId": "N/A",</w:t>
        <w:br/>
        <w:tab/>
        <w:tab/>
        <w:tab/>
        <w:t>"viewerNickName": "N/A",</w:t>
        <w:br/>
        <w:tab/>
        <w:tab/>
        <w:tab/>
        <w:t>"viewerAvatar": "N/A",</w:t>
        <w:br/>
        <w:tab/>
        <w:tab/>
        <w:tab/>
        <w:t>"totalVideoCount": 0,</w:t>
        <w:br/>
        <w:tab/>
        <w:tab/>
        <w:tab/>
        <w:t>"heatmap": "[\"0-15:1\"]",</w:t>
        <w:br/>
        <w:tab/>
        <w:tab/>
        <w:tab/>
        <w:t>"completionRate": 1.0,</w:t>
        <w:br/>
        <w:tab/>
        <w:tab/>
        <w:tab/>
        <w:t>"status": 61,</w:t>
        <w:br/>
        <w:tab/>
        <w:tab/>
        <w:tab/>
        <w:t>"playId": "1617179158342X1197943"</w:t>
        <w:br/>
        <w:tab/>
        <w:tab/>
        <w:t>}, {</w:t>
        <w:br/>
        <w:tab/>
        <w:tab/>
        <w:tab/>
        <w:t>"startTime": "2021-03-31 16:25:20",</w:t>
        <w:br/>
        <w:tab/>
        <w:tab/>
        <w:tab/>
        <w:t>"videoId": "1b448be323ae991b1dfc5136597618d1_1",</w:t>
        <w:br/>
        <w:tab/>
        <w:tab/>
        <w:tab/>
        <w:t>"videoName": "小猫2",</w:t>
        <w:br/>
        <w:tab/>
        <w:tab/>
        <w:tab/>
        <w:t>"videoImage": "//img.videocc.net/uimage/1/1b448be323/first_image/cd09cde7-acb0-4662-b24d-fee4b4e3f885_s.jpg",</w:t>
        <w:br/>
        <w:tab/>
        <w:tab/>
        <w:tab/>
        <w:t>"videoDuration": 15,</w:t>
        <w:br/>
        <w:tab/>
        <w:tab/>
        <w:tab/>
        <w:t>"deviceClass": "Desktop",</w:t>
        <w:br/>
        <w:tab/>
        <w:tab/>
        <w:tab/>
        <w:t>"osName": "Windows NT",</w:t>
        <w:br/>
        <w:tab/>
        <w:tab/>
        <w:tab/>
        <w:t>"osVersion": "10.0",</w:t>
        <w:br/>
        <w:tab/>
        <w:tab/>
        <w:tab/>
        <w:t>"agentName": "Edge",</w:t>
        <w:br/>
        <w:tab/>
        <w:tab/>
        <w:tab/>
        <w:t>"agentVersion": "89.0.774.63",</w:t>
        <w:br/>
        <w:tab/>
        <w:tab/>
        <w:tab/>
        <w:t>"referer": "https://share.plvideo.cn/front/video/preview?vid=1b448be323ae991b1dfc5136597618d1_1",</w:t>
        <w:br/>
        <w:tab/>
        <w:tab/>
        <w:tab/>
        <w:t>"ip": "xxxxxxx",</w:t>
        <w:br/>
        <w:tab/>
        <w:tab/>
        <w:tab/>
        <w:t>"country": "中国",</w:t>
        <w:br/>
        <w:tab/>
        <w:tab/>
        <w:tab/>
        <w:t>"province": "湖南",</w:t>
        <w:br/>
        <w:tab/>
        <w:tab/>
        <w:tab/>
        <w:t>"city": "长沙",</w:t>
        <w:br/>
        <w:tab/>
        <w:tab/>
        <w:tab/>
        <w:t>"isp": "中国电信",</w:t>
        <w:br/>
        <w:tab/>
        <w:tab/>
        <w:tab/>
        <w:t>"viewerId": "N/A",</w:t>
        <w:br/>
        <w:tab/>
        <w:tab/>
        <w:tab/>
        <w:t>"viewerNickName": "N/A",</w:t>
        <w:br/>
        <w:tab/>
        <w:tab/>
        <w:tab/>
        <w:t>"viewerAvatar": "N/A",</w:t>
        <w:br/>
        <w:tab/>
        <w:tab/>
        <w:tab/>
        <w:t>"totalVideoCount": 0,</w:t>
        <w:br/>
        <w:tab/>
        <w:tab/>
        <w:tab/>
        <w:t>"heatmap": "[\"0-15:1\"]",</w:t>
        <w:br/>
        <w:tab/>
        <w:tab/>
        <w:tab/>
        <w:t>"completionRate": 1.0,</w:t>
        <w:br/>
        <w:tab/>
        <w:tab/>
        <w:tab/>
        <w:t>"status": 61,</w:t>
        <w:br/>
        <w:tab/>
        <w:tab/>
        <w:tab/>
        <w:t>"playId": "1617179110026X1812455"</w:t>
        <w:br/>
        <w:tab/>
        <w:tab/>
        <w:t>}],</w:t>
        <w:br/>
        <w:tab/>
        <w:tab/>
        <w:t>"token": "2daa82aabd892f661e967ed365536c05ad832deccda9d0a66f380c6987d838b8e248525ef721439b95a56f9d2027734e5b0d72bbb3022c88a2ef50e2604de902",</w:t>
        <w:br/>
        <w:tab/>
        <w:tab/>
        <w:t>"hasNextPage": true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查询观看行为分析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