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批量查询视频分析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1、分页查询所有已发布视频的视频分析数据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https://api.polyv.net/v3/advance/video/list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2、高级分析功能介绍详见：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4、批量查询接口，仅可查状态是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已发布</w:t>
      </w:r>
      <w:r>
        <w:rPr>
          <w:rFonts w:ascii="Source Han Sans SC" w:hAnsi="Source Han Sans SC" w:eastAsia="Source Han Sans SC" w:cs="Source Han Sans SC" w:hint="eastAsia"/>
          <w:sz w:val="21"/>
        </w:rPr>
        <w:t>的视频数据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分页页码，从1开始，默认值为1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分页大小，默认值为10，最大支持值为100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vid集合，需要批量查询指定vid的视频分析数据时可以传此参数，多个vid用英文逗号隔开，一次接口调用最多支持传100个vid。如833584471db2eb2b9d0b582e7e755c66_8,833584471d0ed109bb261b104f584896_8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https://api.polyv.net/v3/advance/video/list?timestamp=1682498437763&amp;appId=gf24khyndx&amp;page=1&amp;pageSize=10&amp;sign=4C62E7E1FDBD500C032A2E047B8C6A43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响应成功时返回视频分析详细数据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失败时的错误信息，【详见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平均观看完成度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观看热力图，例如[\"0-20:662\",\"21-100:665\"]代表视频内容的0到20秒有662次观看，21到100秒有665次观看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唯一观看热力图，例如[\"0-20:614\",\"21-100:615\"]代表视频内容的0到20秒有614个观众观看，21到100秒有615个观众观看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undefined 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视频vid不合法，请检查参数中的视频id是否正确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LoggerFactory.getLogger(ChannelOperateTest.class);</w:t>
        <w:br/>
        <w:t xml:space="preserve">    /**</w:t>
        <w:br/>
        <w:t xml:space="preserve">     * 批量查询视频分析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getVideoAdvanceTest() throws IOException, NoSuchAlgorithmException {</w:t>
        <w:br/>
        <w:t xml:space="preserve">        //公共参数,填写自己的实际参数</w:t>
        <w:br/>
        <w:t xml:space="preserve">        String appId = super.appId;//注意此处为appId</w:t>
        <w:br/>
        <w:t xml:space="preserve">        String appSecret = super.appSecret;//注意此处为appSecret，非secretKey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"https://api.polyv.net/v3/advance/video/list";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requestMap.put("page", "1");</w:t>
        <w:br/>
        <w:t xml:space="preserve">        requestMap.put("pageSize", "1");</w:t>
        <w:br/>
        <w:br/>
        <w:t xml:space="preserve">        requestMap.put("sign", LiveSignUtil.getSign(requestMap, appSecret));</w:t>
        <w:br/>
        <w:t xml:space="preserve">        String response = HttpUtil.get(url, requestMap);</w:t>
        <w:br/>
        <w:br/>
        <w:t xml:space="preserve">        log.info("测试批量查询视频分析成功：{}",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"40d2ab85-73a4-4266-bcc6-8e828d8c9a9b",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{</w:t>
        <w:br/>
        <w:t xml:space="preserve">        "pageNumber": 1,</w:t>
        <w:br/>
        <w:t xml:space="preserve">        "totalPages": 1,</w:t>
        <w:br/>
        <w:t xml:space="preserve">        "pageSize": 10,</w:t>
        <w:br/>
        <w:t xml:space="preserve">        "totalItems": 3,</w:t>
        <w:br/>
        <w:t xml:space="preserve">        "contents": [</w:t>
        <w:br/>
        <w:t xml:space="preserve">            {</w:t>
        <w:br/>
        <w:t xml:space="preserve">                "videoId": "833584471db2eb2b9d0b582e7e755c66_8",</w:t>
        <w:br/>
        <w:t xml:space="preserve">                "videoName": "导出18-平台设置",</w:t>
        <w:br/>
        <w:t xml:space="preserve">                "duration": 145,</w:t>
        <w:br/>
        <w:t xml:space="preserve">                "playTimes": 6,</w:t>
        <w:br/>
        <w:t xml:space="preserve">                "uniqueViewerCount": 1,</w:t>
        <w:br/>
        <w:t xml:space="preserve">                "avgCompletionRate": 0.03,</w:t>
        <w:br/>
        <w:t xml:space="preserve">                "viewHeatmap": "[\"0-1:6\",\"2-2:4\",\"3-5:2\",\"6-15:1\"]",</w:t>
        <w:br/>
        <w:t xml:space="preserve">                "uniqueViewHeatmap": "[\"0-15:1\"]"</w:t>
        <w:br/>
        <w:t xml:space="preserve">            },</w:t>
        <w:br/>
        <w:t xml:space="preserve">            {</w:t>
        <w:br/>
        <w:t xml:space="preserve">                "videoId": "833584471d0ed109bb261b104f584896_8",</w:t>
        <w:br/>
        <w:t xml:space="preserve">                "videoName": "导出17-数据统计",</w:t>
        <w:br/>
        <w:t xml:space="preserve">                "duration": 129,</w:t>
        <w:br/>
        <w:t xml:space="preserve">                "playTimes": 1,</w:t>
        <w:br/>
        <w:t xml:space="preserve">                "uniqueViewerCount": 1,</w:t>
        <w:br/>
        <w:t xml:space="preserve">                "avgCompletionRate": 0.2,</w:t>
        <w:br/>
        <w:t xml:space="preserve">                "viewHeatmap": "[\"0-26:1\"]",</w:t>
        <w:br/>
        <w:t xml:space="preserve">                "uniqueViewHeatmap": "[\"0-26:1\"]"</w:t>
        <w:br/>
        <w:t xml:space="preserve">            },</w:t>
        <w:br/>
        <w:t xml:space="preserve">            {</w:t>
        <w:br/>
        <w:t xml:space="preserve">                "videoId": "833584471d80e5c1752460d2a07bd51c_8",</w:t>
        <w:br/>
        <w:t xml:space="preserve">                "videoName": "导出16-默认模板",</w:t>
        <w:br/>
        <w:t xml:space="preserve">                "duration": null,</w:t>
        <w:br/>
        <w:t xml:space="preserve">                "playTimes": null,</w:t>
        <w:br/>
        <w:t xml:space="preserve">                "uniqueViewerCount": null,</w:t>
        <w:br/>
        <w:t xml:space="preserve">                "avgCompletionRate": null,</w:t>
        <w:br/>
        <w:t xml:space="preserve">                "viewHeatmap": null,</w:t>
        <w:br/>
        <w:t xml:space="preserve">                "uniqueViewHeatmap": null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未知异常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"492834b6-c1c6-4c5e-8609-ddc1f96da1e4",</w:t>
        <w:br/>
        <w:t xml:space="preserve">    "code": 500,</w:t>
        <w:br/>
        <w:t xml:space="preserve">    "status": "error",</w:t>
        <w:br/>
        <w:t xml:space="preserve">    "error": {</w:t>
        <w:br/>
        <w:t xml:space="preserve">        "code": 9,</w:t>
        <w:br/>
        <w:t xml:space="preserve">        "desc": "undefined error"</w:t>
        <w:br/>
        <w:t xml:space="preserve">    },</w:t>
        <w:br/>
        <w:t xml:space="preserve">    "data": null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视频id不合法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"edcc2674-bf46-4db1-991c-0f7feab94200",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4013,</w:t>
        <w:br/>
        <w:t xml:space="preserve">        "desc": "vid illegal"</w:t>
        <w:br/>
        <w:t xml:space="preserve">    },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批量查询视频分析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