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查询视频源文件取回任务</w:t>
      </w:r>
    </w:p>
    <w:p>
      <w:pPr>
        <w:pStyle w:val="Heading2"/>
      </w:pPr>
      <w:r>
        <w:t>接口描述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1、查询已提交的任务情况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http://api.polyv.net/v3/video/source-file-task/get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创建任务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http://api.polyv.net/v3/video/source-file-task/get?taskId=16661c08b9564c1ea6f4544ccd568e58&amp;expireDays=1&amp;appId=a0Wmol5EwX&amp;sign=197679CCF105DD80E0378BEF75993D31&amp;timestamp=1617950661602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响应成功时返回视频信息列表【详见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视频源文件下载链接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状态（INIT-初始化, PROCESS-处理中, SUCCESS-成功, FAIL-失败）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处理成功时间，毫秒级时间戳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LoggerFactory.getLogger(Test.class);</w:t>
        <w:br/>
        <w:br/>
        <w:t>/**</w:t>
        <w:br/>
        <w:t xml:space="preserve"> * 查询视频源文件取回任务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tesGetVideoSourceFileTask()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"http://api.polyv.net/v3/video/source-file-task/get";</w:t>
        <w:br/>
        <w:t xml:space="preserve">        String taskId = "16661c08b9564c1ea6f4544ccd568e58";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requestMap.put("taskId", taskId);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HttpUtil.get(url, requestMap);</w:t>
        <w:br/>
        <w:t xml:space="preserve">        log.debug("测试查询视频源文件取回任务,{}", response);</w:t>
        <w:br/>
        <w:t xml:space="preserve">    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"a7f2e4e3-5884-43b3-b3e7-705cdcbb66eb",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[</w:t>
        <w:br/>
        <w:t xml:space="preserve">        {</w:t>
        <w:br/>
        <w:t xml:space="preserve">            "vid": "1b448be32370f4822ac40fd926112a66_1",</w:t>
        <w:br/>
        <w:t xml:space="preserve">            "url": "https://video-dl-2.videocc.net/1b448be323/6/1b448be32370f4822ac40fd926112a66.mp4?auth_key=1694663401-3iwFnV2uJx-ac59aff03d-c71c8c4e01284d892c2dc9ad1ee57272",</w:t>
        <w:br/>
        <w:t xml:space="preserve">            "status": "SUCCESS",</w:t>
        <w:br/>
        <w:t xml:space="preserve">            "createTime": 1694663401000,</w:t>
        <w:br/>
        <w:t xml:space="preserve">            "successTime": 1694663401000</w:t>
        <w:br/>
        <w:t xml:space="preserve">        },</w:t>
        <w:br/>
        <w:tab/>
        <w:tab/>
        <w:t>{</w:t>
        <w:br/>
        <w:t xml:space="preserve">            "vid": "1b448be32305bb29879b1eb06abd9fa1_1",</w:t>
        <w:br/>
        <w:t xml:space="preserve">            "url": null,</w:t>
        <w:br/>
        <w:t xml:space="preserve">            "status": "PROCESS",</w:t>
        <w:br/>
        <w:t xml:space="preserve">            "createTime": 1694663401000,</w:t>
        <w:br/>
        <w:t xml:space="preserve">            "successTime": null</w:t>
        <w:br/>
        <w:t xml:space="preserve">        }</w:t>
        <w:br/>
        <w:t xml:space="preserve">    ]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"e7544473-250a-40eb-b53b-8768195617e0",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查询视频源文件取回任务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