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回调通知使用说明</w:t>
      </w:r>
    </w:p>
    <w:p>
      <w:pPr>
        <w:pStyle w:val="Heading2"/>
      </w:pPr>
      <w:r>
        <w:t>功能说明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在视频源文件取回完成后，系统会将处理结果提交到配置的回调地址，通知用户处理进展和状态，以便进行其他业务操作。</w:t>
      </w:r>
    </w:p>
    <w:p>
      <w:pPr>
        <w:pStyle w:val="Heading2"/>
      </w:pPr>
      <w:r>
        <w:t>回调配置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登录云点播管理后台，在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设置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--&gt;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回调设置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配置回调URL。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图片：../../../../img/image-20200224093654793-1024x431.png</w:t>
      </w:r>
    </w:p>
    <w:p>
      <w:pPr>
        <w:pStyle w:val="Heading2"/>
      </w:pPr>
      <w:r>
        <w:t>事件类型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目前支持的事件通知类型参考如下：</w:t>
      </w:r>
    </w:p>
    <w:p>
      <w:pPr>
        <w:pStyle w:val="Heading3"/>
      </w:pPr>
      <w:r>
        <w:t>一、视频源文件取回成功/失败通知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创建取回任务</w:t>
      </w:r>
      <w:r>
        <w:rPr>
          <w:rFonts w:ascii="Source Han Sans SC" w:hAnsi="Source Han Sans SC" w:eastAsia="Source Han Sans SC" w:cs="Source Han Sans SC" w:hint="eastAsia"/>
          <w:sz w:val="21"/>
        </w:rPr>
        <w:t>后，每个视频完成取回都会通知一次。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HTTP请求方式为：GET。</w:t>
      </w:r>
    </w:p>
    <w:p>
      <w:pPr>
        <w:pStyle w:val="Heading3"/>
      </w:pPr>
      <w:r>
        <w:t>事件内容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系统签名，由"restore_success"或者"restore_fail"字符串拼接taskId、vid、secretkey并做MD5运算生成。例如，taskId的值为16661c08b9564c1ea6f4544ccd568e58，vid的值为1b448be32370f4822ac40fd926112a66_1，secretkey的值为7UagtQOq2A,将字符串restore_success16661c08b9564c1ea6f4544ccd568e581b448be32370f4822ac40fd926112a66_17UagtQOq2A进行MD5计算，得到sign的值为：f2e19f4250cb773a06bf1a435a8c9795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回调类型：restore_success 取回成功，restore_fail 取回失败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视频源文件下载链接</w:t>
            </w:r>
          </w:p>
        </w:tc>
      </w:tr>
    </w:tbl>
    <w:p>
      <w:pPr>
        <w:spacing w:after="40"/>
      </w:pPr>
    </w:p>
    <w:p>
      <w:pPr>
        <w:pStyle w:val="Heading3"/>
      </w:pPr>
      <w:r>
        <w:t>回调示例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demo.ipolyv.cn/callback?sign=f2e19f4250cb773a06bf1a435a8c9795&amp;type=restore_success&amp;vid=1b448be32370f4822ac40fd926112a66_1&amp;url=https%3A%2F%2Fvideo-dl-2.videocc.net%2F1b448be323%2F6%2F1b448be32370f4822ac40fd926112a66.mp4%3Fauth_key%3D1694663401-3iwFnV2uJx-ac59aff03d-c71c8c4e01284d892c2dc9ad1ee57272&amp;taskId=16661c08b9564c1ea6f4544ccd568e58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回调通知使用说明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