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获取视频播放凭证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1、获取Playsafe Token（播放凭证），用于播放加密视频</w:t>
        <w:br/>
        <w:t>2、如果一个token尚未过期，此时使用相同的videoId、viewerId、viewerIp、iswxa参数值请求该接口，则会复用原来的token，并延长原token的有效期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http://hls.videocc.net/service/v1/token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视频id，例如：e6b23c6f519c5906e54a13b8200d7bb0_e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当前13位毫秒级时间戳，10分钟内有效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观看者id，要求不同的观看者使用不同的id，由数字字母组成；移动端请求需对viewerId进行base64处理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观看者ip，如果为空，会自动获取调用该接口时的ip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token有效时长，单位为秒。为空时默认为10分钟，有效期为最长24小时。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token有效期，默认为falsetrue：token仅一次有效（验证一次后，token就失效了）false：在有效期内可以进行多次验证。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是否微信小程序播放，默认为01：是0：否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设备端类型，用于限制请求端，参数值：WEB-网页端，NATIVE-原生端。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securitySeed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私有加密视频自定义token加密因子, 用于提高视频播放的安全性, 需搭配指定的播放器使用, 详细使用规则请咨询保利威客服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http://hls.videocc.net/service/v1/token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viewerName=ceshi&amp;expires=300&amp;viewerId=ceshiid&amp;viewerIp=127.0.0.1&amp;sign=A5423CC62E20F80AD8812395119E5FA9&amp;videoId=1b448be323b68b2999802799a98dba54_1&amp;iswxa=1&amp;userid=1b448be323&amp;disposable=true&amp;ts=1621851214050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响应成功时返回token相关数据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视频id，例如：e6b23c6f519c5906e54a13b8200d7bb0_e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观看者id，要求不同的观看者使用不同的id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观看者ip，如果为空，会自动获取调用该接口时的ip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ttl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token有效时长，单位为豪秒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token有效期true：token仅一次有效（验证一次后，token就失效了）false：在有效期内可以进行多次验证。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是否微信小程序播放1：是0：否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token过期时间，13位毫秒级时间戳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LoggerFactory.getLogger(VodTokenTest.class);</w:t>
        <w:br/>
        <w:br/>
        <w:t>/**</w:t>
        <w:br/>
        <w:t xml:space="preserve"> * 获取视频播放凭证</w:t>
        <w:br/>
        <w:t xml:space="preserve"> */</w:t>
        <w:br/>
        <w:t>@Test</w:t>
        <w:br/>
        <w:t>public void testCreateToken()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//业务参数</w:t>
        <w:br/>
        <w:t xml:space="preserve">    String url = "http://hls.videocc.net/service/v1/token";</w:t>
        <w:br/>
        <w:t xml:space="preserve">    String videoId = "1b448be323b68b2999802799a98dba54_1";</w:t>
        <w:br/>
        <w:t xml:space="preserve">    String ts = Long.toString(System.currentTimeMillis());</w:t>
        <w:br/>
        <w:t xml:space="preserve">    String viewerId = "ceshiid";</w:t>
        <w:br/>
        <w:t xml:space="preserve">    String viewerIp = "127.0.0.1";</w:t>
        <w:br/>
        <w:t xml:space="preserve">    String viewerName = "ceshi";</w:t>
        <w:br/>
        <w:t xml:space="preserve">    String expires = "300";</w:t>
        <w:br/>
        <w:t xml:space="preserve">    String disposable = "true";</w:t>
        <w:br/>
        <w:t xml:space="preserve">    String iswxa = "1";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requestMap.put("videoId", videoId);</w:t>
        <w:br/>
        <w:t xml:space="preserve">    requestMap.put("ts", ts);</w:t>
        <w:br/>
        <w:t xml:space="preserve">    requestMap.put("viewerId", viewerId);</w:t>
        <w:br/>
        <w:t xml:space="preserve">    requestMap.put("viewerIp", viewerIp);</w:t>
        <w:br/>
        <w:t xml:space="preserve">    requestMap.put("viewerName", viewerName);</w:t>
        <w:br/>
        <w:t xml:space="preserve">    requestMap.put("expires", expires);</w:t>
        <w:br/>
        <w:t xml:space="preserve">    requestMap.put("disposable", disposable);</w:t>
        <w:br/>
        <w:t xml:space="preserve">    requestMap.put("iswxa", iswxa);</w:t>
        <w:br/>
        <w:br/>
        <w:t xml:space="preserve">    //用md5进行签名</w:t>
        <w:br/>
        <w:t xml:space="preserve">    requestMap.put("sign", VodSignUtil.getSignMd5(requestMap, secretKey));</w:t>
        <w:br/>
        <w:br/>
        <w:t xml:space="preserve">    String response = HttpUtil.postFormBody(url, requestMap);</w:t>
        <w:br/>
        <w:t xml:space="preserve">    log.debug("测试获取视频播放凭证，{}",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"token": "586e4510-d584-40de-b4a6-8cd0d363c9d0-smcdibbk",</w:t>
        <w:br/>
        <w:tab/>
        <w:tab/>
        <w:t>"userId": "1b448be323",</w:t>
        <w:br/>
        <w:tab/>
        <w:tab/>
        <w:t>"appId": null,</w:t>
        <w:br/>
        <w:tab/>
        <w:tab/>
        <w:t>"videoId": "1b448be323b68b2999802799a98dba54_1",</w:t>
        <w:br/>
        <w:tab/>
        <w:tab/>
        <w:t>"viewerIp": "127.0.0.1",</w:t>
        <w:br/>
        <w:tab/>
        <w:tab/>
        <w:t>"viewerId": "ceshiid",</w:t>
        <w:br/>
        <w:tab/>
        <w:tab/>
        <w:t>"viewerName": "ceshi",</w:t>
        <w:br/>
        <w:tab/>
        <w:tab/>
        <w:t>"extraParams": null,</w:t>
        <w:br/>
        <w:tab/>
        <w:tab/>
        <w:t>"ttl": 300000,</w:t>
        <w:br/>
        <w:tab/>
        <w:tab/>
        <w:t>"createdTime": 1617776662954,</w:t>
        <w:br/>
        <w:tab/>
        <w:tab/>
        <w:t>"expiredTime": 1617776962954,</w:t>
        <w:br/>
        <w:tab/>
        <w:tab/>
        <w:t>"iswxa": 1,</w:t>
        <w:br/>
        <w:tab/>
        <w:tab/>
        <w:t>"disposable": true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userid 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"user_not_found",</w:t>
        <w:br/>
        <w:t xml:space="preserve">    "data": "user secretKey not found."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ts过期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"ts_expired",</w:t>
        <w:br/>
        <w:t xml:space="preserve">    "data": "ts parameter is expired."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"sign_invalid",</w:t>
        <w:br/>
        <w:t xml:space="preserve">    "data": "sign parameter invalid."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获取视频播放凭证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