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查询授权播放和防录屏跑马灯接口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1、查询授权播放和防录屏跑马灯接口设置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http://api.polyv.net/vod/v4/user/setting/marquee/get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https://api.polyv.net/vod/v4/user/setting/marquee/get?appId=frlr1zazn3&amp;timestamp=1669907914000&amp;sign=39F093743F80C39280ED9EC88677B0BD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授权播放和防录屏跑马灯url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查询授权播放和防录屏跑马灯接口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getMarqueeTest()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"http://api.polyv.net/vod/v4/user/setting/marquee/get";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log.info("测试查询授权播放和防录屏跑马灯接口设置：{}",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"5399ad2d29ab48c88165d8ffa4f0b4a4.66.16699080023060091",</w:t>
        <w:br/>
        <w:t xml:space="preserve">    "data": {</w:t>
        <w:br/>
        <w:t xml:space="preserve">        "marqueeUrl": "https://my.polyv.net/test"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查询授权播放和防录屏跑马灯接口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