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设置视频播放密码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1、通过视频id修改视频播放密码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http://api.polyv.net/v2/video/{userid}/video-setting-save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视频id，多个使用英文逗号分隔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首发外链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http://api.polyv.net/v2/video/1b448be323/video-setting-save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describ=%E6%8F%8F%E8%BF%B0&amp;password=123456&amp;vids=1b448be323631e6e80e12e0790609f68_1%2C1b448be323d7e4c49d5634abd5af0bcb_1&amp;sign=0A8F7BCF427C94402CBDCBAC23118250B0879782&amp;tag=%E6%A0%87%E7%AD%BE&amp;title=%E8%A7%86%E9%A2%91%E6%A0%87%E9%A2%98&amp;ptime=1618218158363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响应成功时返回修改视频个数，失败时返回空字符串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LoggerFactory.getLogger(PasswordTest.class);</w:t>
        <w:br/>
        <w:t>/**</w:t>
        <w:br/>
        <w:t xml:space="preserve"> * 设置视频播放密码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testSetVideoPassword()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"http://api.polyv.net/v2/video/"+userId+"/video-setting-save";</w:t>
        <w:br/>
        <w:t xml:space="preserve">    String vids = "1b448be323631e6e80e12e0790609f68_1,1b448be323d7e4c49d5634abd5af0bcb_1";</w:t>
        <w:br/>
        <w:t xml:space="preserve">    String tag = "标签";</w:t>
        <w:br/>
        <w:t xml:space="preserve">    String title = "视频标题";</w:t>
        <w:br/>
        <w:t xml:space="preserve">    String password = "123456";</w:t>
        <w:br/>
        <w:t xml:space="preserve">    String describ = "描述";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requestMap.put("vids", vids);</w:t>
        <w:br/>
        <w:t xml:space="preserve">    requestMap.put("tag", tag);</w:t>
        <w:br/>
        <w:t xml:space="preserve">    requestMap.put("title", title);</w:t>
        <w:br/>
        <w:t xml:space="preserve">    requestMap.put("password", password);</w:t>
        <w:br/>
        <w:t xml:space="preserve">    requestMap.put("describ", describ);</w:t>
        <w:br/>
        <w:t xml:space="preserve">    requestMap.put("sign", VodSignUtil.getSign(requestMap, secretKey));</w:t>
        <w:br/>
        <w:t xml:space="preserve">    String response = HttpUtil.postFormBody(url,requestMap);</w:t>
        <w:br/>
        <w:t xml:space="preserve">    log.debug("测试设置视频播放密码,{}",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"data":2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"message":"the sign is not right.",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设置视频播放密码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